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20"/>
        <w:jc w:val="left"/>
      </w:pPr>
      <w:r>
        <w:rPr>
          <w:rFonts w:ascii="游ゴシック" w:hAnsi="游ゴシック" w:eastAsia="游ゴシック"/>
          <w:b/>
          <w:sz w:val="32"/>
        </w:rPr>
        <w:t>退職願</w:t>
      </w:r>
    </w:p>
    <w:p>
      <w:pPr>
        <w:spacing w:after="320"/>
        <w:jc w:val="right"/>
      </w:pPr>
      <w:r>
        <w:rPr>
          <w:rFonts w:ascii="游ゴシック" w:hAnsi="游ゴシック" w:eastAsia="游ゴシック"/>
          <w:b w:val="0"/>
          <w:sz w:val="24"/>
        </w:rPr>
        <w:t>私事、</w:t>
      </w:r>
    </w:p>
    <w:p>
      <w:pPr>
        <w:spacing w:after="560"/>
        <w:jc w:val="left"/>
      </w:pPr>
      <w:r>
        <w:rPr>
          <w:rFonts w:ascii="游ゴシック" w:hAnsi="游ゴシック" w:eastAsia="游ゴシック"/>
          <w:b w:val="0"/>
          <w:sz w:val="24"/>
        </w:rPr>
        <w:t xml:space="preserve">　このたび一身上の都合により、来る　　　　年　　月　　日をもって退職いたしたく、お願い申し上げます。</w:t>
      </w:r>
    </w:p>
    <w:p>
      <w:pPr>
        <w:spacing w:after="320"/>
        <w:jc w:val="right"/>
      </w:pPr>
      <w:r>
        <w:rPr>
          <w:rFonts w:ascii="游ゴシック" w:hAnsi="游ゴシック" w:eastAsia="游ゴシック"/>
          <w:b w:val="0"/>
          <w:sz w:val="24"/>
        </w:rPr>
        <w:t xml:space="preserve">　　　　年　　月　　日</w:t>
      </w:r>
    </w:p>
    <w:p>
      <w:pPr>
        <w:spacing w:after="200"/>
        <w:jc w:val="right"/>
      </w:pPr>
      <w:r>
        <w:rPr>
          <w:rFonts w:ascii="游ゴシック" w:hAnsi="游ゴシック" w:eastAsia="游ゴシック"/>
          <w:b w:val="0"/>
          <w:sz w:val="24"/>
        </w:rPr>
        <w:t xml:space="preserve">　　　　　　部　　　　　　課</w:t>
      </w:r>
    </w:p>
    <w:p>
      <w:pPr>
        <w:spacing w:after="560"/>
        <w:jc w:val="right"/>
      </w:pPr>
      <w:r>
        <w:rPr>
          <w:rFonts w:ascii="游ゴシック" w:hAnsi="游ゴシック" w:eastAsia="游ゴシック"/>
          <w:b w:val="0"/>
          <w:sz w:val="24"/>
        </w:rPr>
        <w:t>氏名　　　　　　　　　　㊞</w:t>
      </w:r>
    </w:p>
    <w:p>
      <w:pPr>
        <w:spacing w:after="200"/>
        <w:jc w:val="left"/>
      </w:pPr>
      <w:r>
        <w:rPr>
          <w:rFonts w:ascii="游ゴシック" w:hAnsi="游ゴシック" w:eastAsia="游ゴシック"/>
          <w:b w:val="0"/>
          <w:sz w:val="24"/>
        </w:rPr>
        <w:t xml:space="preserve">株式会社　　　　　　　　　　</w:t>
      </w:r>
    </w:p>
    <w:p>
      <w:pPr>
        <w:spacing w:after="0"/>
        <w:jc w:val="left"/>
      </w:pPr>
      <w:r>
        <w:rPr>
          <w:rFonts w:ascii="游ゴシック" w:hAnsi="游ゴシック" w:eastAsia="游ゴシック"/>
          <w:b w:val="0"/>
          <w:sz w:val="24"/>
        </w:rPr>
        <w:t>代表取締役社長　　　　　　　　　　様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  <w:textDirection w:val="tbRl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