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  <w:jc w:val="center"/>
      </w:pPr>
      <w:r>
        <w:rPr>
          <w:rFonts w:ascii="Hiragino Sans" w:hAnsi="Hiragino Sans" w:eastAsia="Hiragino Sans"/>
          <w:b/>
          <w:color w:val="000000"/>
          <w:sz w:val="40"/>
        </w:rPr>
        <w:t>退職書類の送付状</w:t>
      </w:r>
    </w:p>
    <w:p>
      <w:pPr>
        <w:spacing w:before="120" w:after="20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送付日　　　　年　　　月　　　日</w:t>
      </w:r>
    </w:p>
    <w:p>
      <w:pPr>
        <w:spacing w:before="0" w:after="200" w:line="320" w:lineRule="exact"/>
        <w:jc w:val="left"/>
      </w:pPr>
      <w:r>
        <w:rPr>
          <w:rFonts w:ascii="Hiragino Sans" w:hAnsi="Hiragino Sans" w:eastAsia="Hiragino Sans"/>
          <w:b w:val="0"/>
          <w:color w:val="000000"/>
          <w:sz w:val="21"/>
        </w:rPr>
        <w:t xml:space="preserve">会社名　　　　　　　　　　　　　　　　　</w:t>
        <w:br/>
        <w:t xml:space="preserve">部署名　　　　　　　　　　　　　　　　　</w:t>
        <w:br/>
        <w:t>担当者名　　　　　　　　　　　　　　様</w:t>
      </w:r>
    </w:p>
    <w:p>
      <w:pPr>
        <w:spacing w:before="0" w:after="32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差出人</w:t>
        <w:br/>
        <w:t xml:space="preserve">所属　　　　　　　　　　　　　　　　　</w:t>
        <w:br/>
        <w:t xml:space="preserve">氏名　　　　　　　　　　　　　　　　　</w:t>
        <w:br/>
        <w:t xml:space="preserve">住所　〒　　　　　　　　　　　　　　　</w:t>
        <w:br/>
        <w:t xml:space="preserve">　　　　　　　　　　　　　　　　　　　</w:t>
        <w:br/>
        <w:t xml:space="preserve">連絡先　　　　　　　　　　　　　　　　</w:t>
      </w:r>
    </w:p>
    <w:p>
      <w:pPr>
        <w:spacing w:before="0" w:after="360" w:line="320" w:lineRule="exact"/>
      </w:pPr>
      <w:r>
        <w:rPr>
          <w:rFonts w:ascii="Hiragino Sans" w:hAnsi="Hiragino Sans" w:eastAsia="Hiragino Sans"/>
          <w:b w:val="0"/>
          <w:color w:val="000000"/>
          <w:sz w:val="21"/>
        </w:rPr>
        <w:t>下記の書類をお送りいたします。ご確認くださいますようお願いいたします。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D9D9D9"/>
          <w:bottom w:val="single" w:sz="5" w:color="D9D9D9"/>
          <w:left w:val="single" w:sz="5" w:color="D9D9D9"/>
          <w:right w:val="single" w:sz="5" w:color="D9D9D9"/>
          <w:insideH w:val="single" w:sz="5" w:color="D9D9D9"/>
          <w:insideV w:val="single" w:sz="5" w:color="D9D9D9"/>
        </w:tblBorders>
        <w:tblCellMar>
          <w:top w:w="95" w:type="dxa"/>
          <w:bottom w:w="95" w:type="dxa"/>
          <w:left w:w="95" w:type="dxa"/>
          <w:right w:w="95" w:type="dxa"/>
        </w:tblCellMar>
      </w:tblPr>
      <w:tblGrid>
        <w:gridCol w:w="8164"/>
        <w:gridCol w:w="1701"/>
      </w:tblGrid>
      <w:tr>
        <w:trPr>
          <w:trHeight w:val="510" w:hRule="atLeast"/>
        </w:trPr>
        <w:tc>
          <w:tcPr>
            <w:tcW w:type="dxa" w:w="8164"/>
            <w:vAlign w:val="center"/>
            <w:shd w:fill="F2F2F2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同封書類名</w:t>
            </w:r>
          </w:p>
        </w:tc>
        <w:tc>
          <w:tcPr>
            <w:tcW w:type="dxa" w:w="1701"/>
            <w:vAlign w:val="center"/>
            <w:shd w:fill="F2F2F2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部数</w:t>
            </w:r>
          </w:p>
        </w:tc>
      </w:tr>
      <w:tr>
        <w:trPr>
          <w:trHeight w:val="737" w:hRule="atLeast"/>
        </w:trPr>
        <w:tc>
          <w:tcPr>
            <w:tcW w:type="dxa" w:w="816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701"/>
            <w:vAlign w:val="center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  <w:tr>
        <w:trPr>
          <w:trHeight w:val="737" w:hRule="atLeast"/>
        </w:trPr>
        <w:tc>
          <w:tcPr>
            <w:tcW w:type="dxa" w:w="816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  <w:tc>
          <w:tcPr>
            <w:tcW w:type="dxa" w:w="1701"/>
            <w:vAlign w:val="center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</w:r>
          </w:p>
        </w:tc>
      </w:tr>
    </w:tbl>
    <w:p>
      <w:pPr>
        <w:spacing w:before="140" w:after="24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以上</w:t>
      </w:r>
    </w:p>
    <w:sectPr w:rsidR="00FC693F" w:rsidRPr="0006063C" w:rsidSect="00034616">
      <w:pgSz w:w="11906" w:h="16838"/>
      <w:pgMar w:top="1020" w:right="1020" w:bottom="102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退職書類の送付状</dc:title>
  <dc:subject>空欄の手書き・編集用書式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