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spacing w:after="40"/>
        <w:jc w:val="center"/>
      </w:pPr>
      <w:r>
        <w:rPr>
          <w:rFonts w:ascii="Hiragino Sans" w:hAnsi="Hiragino Sans" w:eastAsia="Hiragino Sans"/>
          <w:b/>
          <w:color w:val="000000"/>
          <w:sz w:val="40"/>
        </w:rPr>
        <w:t>退職書類の送付状</w:t>
      </w:r>
    </w:p>
    <w:p>
      <w:pPr>
        <w:spacing w:before="0" w:after="60" w:line="320" w:lineRule="exact"/>
      </w:pPr>
      <w:r>
        <w:rPr>
          <w:rFonts w:ascii="Hiragino Sans" w:hAnsi="Hiragino Sans" w:eastAsia="Hiragino Sans"/>
          <w:b w:val="0"/>
          <w:color w:val="000000"/>
          <w:sz w:val="16"/>
        </w:rPr>
        <w:t>記入例の氏名・会社・住所・連絡先・日付・部数はすべて架空です。</w:t>
      </w:r>
    </w:p>
    <w:p>
      <w:pPr>
        <w:spacing w:before="120" w:after="200" w:line="320" w:lineRule="exact"/>
        <w:jc w:val="right"/>
      </w:pPr>
      <w:r>
        <w:rPr>
          <w:rFonts w:ascii="Hiragino Sans" w:hAnsi="Hiragino Sans" w:eastAsia="Hiragino Sans"/>
          <w:b w:val="0"/>
          <w:color w:val="000000"/>
          <w:sz w:val="21"/>
        </w:rPr>
        <w:t>送付日　2026年11月6日</w:t>
      </w:r>
    </w:p>
    <w:p>
      <w:pPr>
        <w:spacing w:before="0" w:after="200" w:line="320" w:lineRule="exact"/>
        <w:jc w:val="left"/>
      </w:pPr>
      <w:r>
        <w:rPr>
          <w:rFonts w:ascii="Hiragino Sans" w:hAnsi="Hiragino Sans" w:eastAsia="Hiragino Sans"/>
          <w:b w:val="0"/>
          <w:color w:val="000000"/>
          <w:sz w:val="21"/>
        </w:rPr>
        <w:t>株式会社見本商事</w:t>
        <w:br/>
        <w:t>人事総務部</w:t>
        <w:br/>
        <w:t>見本 一郎 様</w:t>
      </w:r>
    </w:p>
    <w:p>
      <w:pPr>
        <w:spacing w:before="0" w:after="320" w:line="320" w:lineRule="exact"/>
        <w:jc w:val="right"/>
      </w:pPr>
      <w:r>
        <w:rPr>
          <w:rFonts w:ascii="Hiragino Sans" w:hAnsi="Hiragino Sans" w:eastAsia="Hiragino Sans"/>
          <w:b w:val="0"/>
          <w:color w:val="000000"/>
          <w:sz w:val="21"/>
        </w:rPr>
        <w:t>差出人</w:t>
        <w:br/>
        <w:t>所属　業務支援部</w:t>
        <w:br/>
        <w:t>氏名　見本 花子</w:t>
        <w:br/>
        <w:t>住所　〒000-0000</w:t>
        <w:br/>
        <w:t>架空県見本市見本町一丁目二番三号</w:t>
        <w:br/>
        <w:t>連絡先　hanako.example@example.com</w:t>
      </w:r>
    </w:p>
    <w:p>
      <w:pPr>
        <w:spacing w:before="0" w:after="360" w:line="320" w:lineRule="exact"/>
      </w:pPr>
      <w:r>
        <w:rPr>
          <w:rFonts w:ascii="Hiragino Sans" w:hAnsi="Hiragino Sans" w:eastAsia="Hiragino Sans"/>
          <w:b w:val="0"/>
          <w:color w:val="000000"/>
          <w:sz w:val="21"/>
        </w:rPr>
        <w:t>下記の書類をお送りいたします。ご確認くださいますようお願いいたします。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Borders>
          <w:top w:val="single" w:sz="5" w:color="D9D9D9"/>
          <w:bottom w:val="single" w:sz="5" w:color="D9D9D9"/>
          <w:left w:val="single" w:sz="5" w:color="D9D9D9"/>
          <w:right w:val="single" w:sz="5" w:color="D9D9D9"/>
          <w:insideH w:val="single" w:sz="5" w:color="D9D9D9"/>
          <w:insideV w:val="single" w:sz="5" w:color="D9D9D9"/>
        </w:tblBorders>
        <w:tblCellMar>
          <w:top w:w="95" w:type="dxa"/>
          <w:bottom w:w="95" w:type="dxa"/>
          <w:left w:w="95" w:type="dxa"/>
          <w:right w:w="95" w:type="dxa"/>
        </w:tblCellMar>
      </w:tblPr>
      <w:tblGrid>
        <w:gridCol w:w="8164"/>
        <w:gridCol w:w="1701"/>
      </w:tblGrid>
      <w:tr>
        <w:trPr>
          <w:trHeight w:val="510" w:hRule="atLeast"/>
        </w:trPr>
        <w:tc>
          <w:tcPr>
            <w:tcW w:type="dxa" w:w="8164"/>
            <w:vAlign w:val="center"/>
            <w:shd w:fill="F2F2F2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8"/>
              </w:rPr>
              <w:t>同封書類名</w:t>
            </w:r>
          </w:p>
        </w:tc>
        <w:tc>
          <w:tcPr>
            <w:tcW w:type="dxa" w:w="1701"/>
            <w:vAlign w:val="center"/>
            <w:shd w:fill="F2F2F2"/>
          </w:tcPr>
          <w:p>
            <w:pPr>
              <w:spacing w:after="0" w:before="0" w:line="280" w:lineRule="exact"/>
              <w:jc w:val="center"/>
            </w:pPr>
            <w:r/>
            <w:r>
              <w:rPr>
                <w:rFonts w:ascii="Hiragino Sans" w:hAnsi="Hiragino Sans" w:eastAsia="Hiragino Sans"/>
                <w:b/>
                <w:color w:val="000000"/>
                <w:sz w:val="18"/>
              </w:rPr>
              <w:t>部数</w:t>
            </w:r>
          </w:p>
        </w:tc>
      </w:tr>
      <w:tr>
        <w:trPr>
          <w:trHeight w:val="737" w:hRule="atLeast"/>
        </w:trPr>
        <w:tc>
          <w:tcPr>
            <w:tcW w:type="dxa" w:w="8164"/>
            <w:vAlign w:val="center"/>
          </w:tcPr>
          <w:p>
            <w:pPr>
              <w:spacing w:after="0" w:before="0" w:line="280" w:lineRule="exact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退職届</w:t>
            </w:r>
          </w:p>
        </w:tc>
        <w:tc>
          <w:tcPr>
            <w:tcW w:type="dxa" w:w="1701"/>
            <w:vAlign w:val="center"/>
          </w:tcPr>
          <w:p>
            <w:pPr>
              <w:spacing w:after="0" w:before="0" w:line="280" w:lineRule="exact"/>
              <w:jc w:val="center"/>
            </w:pPr>
            <w:r/>
            <w:r>
              <w:rPr>
                <w:rFonts w:ascii="Hiragino Sans" w:hAnsi="Hiragino Sans" w:eastAsia="Hiragino Sans"/>
                <w:b w:val="0"/>
                <w:color w:val="000000"/>
                <w:sz w:val="21"/>
              </w:rPr>
              <w:t>1通</w:t>
            </w:r>
          </w:p>
        </w:tc>
      </w:tr>
    </w:tbl>
    <w:p>
      <w:pPr>
        <w:spacing w:before="140" w:after="240" w:line="320" w:lineRule="exact"/>
        <w:jc w:val="right"/>
      </w:pPr>
      <w:r>
        <w:rPr>
          <w:rFonts w:ascii="Hiragino Sans" w:hAnsi="Hiragino Sans" w:eastAsia="Hiragino Sans"/>
          <w:b w:val="0"/>
          <w:color w:val="000000"/>
          <w:sz w:val="21"/>
        </w:rPr>
        <w:t>以上</w:t>
      </w:r>
    </w:p>
    <w:p>
      <w:pPr>
        <w:spacing w:before="160" w:after="0" w:line="320" w:lineRule="exact"/>
      </w:pPr>
      <w:r>
        <w:rPr>
          <w:rFonts w:ascii="Hiragino Sans" w:hAnsi="Hiragino Sans" w:eastAsia="Hiragino Sans"/>
          <w:b w:val="0"/>
          <w:color w:val="000000"/>
          <w:sz w:val="16"/>
        </w:rPr>
        <w:t>記入例は自分の情報に置き換え、提出前にこの注記を削除してください。</w:t>
      </w:r>
    </w:p>
    <w:sectPr w:rsidR="00FC693F" w:rsidRPr="0006063C" w:rsidSect="00034616">
      <w:pgSz w:w="11906" w:h="16838"/>
      <w:pgMar w:top="1020" w:right="1020" w:bottom="102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80" w:lineRule="exact"/>
    </w:pPr>
    <w:rPr>
      <w:rFonts w:ascii="Hiragino Sans" w:hAnsi="Hiragino Sans" w:eastAsia="Hiragino Sans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0" w:after="0" w:line="280" w:lineRule="exact"/>
      <w:outlineLvl w:val="0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0" w:after="0" w:line="280" w:lineRule="exact"/>
      <w:outlineLvl w:val="1"/>
    </w:pPr>
    <w:rPr>
      <w:rFonts w:asciiTheme="majorHAnsi" w:eastAsiaTheme="majorEastAsia" w:hAnsiTheme="majorHAnsi" w:cstheme="majorBidi" w:ascii="Hiragino Sans" w:hAnsi="Hiragino Sans" w:eastAsia="Hiragino Sans"/>
      <w:b/>
      <w:bCs/>
      <w:color w:val="000000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0" w:line="240" w:lineRule="auto" w:before="0"/>
      <w:contextualSpacing/>
    </w:pPr>
    <w:rPr>
      <w:rFonts w:asciiTheme="majorHAnsi" w:eastAsiaTheme="majorEastAsia" w:hAnsiTheme="majorHAnsi" w:cstheme="majorBidi" w:ascii="Hiragino Sans" w:hAnsi="Hiragino Sans" w:eastAsia="Hiragino Sans"/>
      <w:color w:val="000000"/>
      <w:spacing w:val="5"/>
      <w:kern w:val="28"/>
      <w:sz w:val="21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退職書類の送付状</dc:title>
  <dc:subject>架空の記入例</dc:subject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