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right"/>
      </w:pPr>
      <w:r>
        <w:rPr>
          <w:rFonts w:ascii="游ゴシック" w:hAnsi="游ゴシック" w:eastAsia="游ゴシック"/>
          <w:b w:val="0"/>
          <w:sz w:val="21"/>
        </w:rPr>
        <w:t xml:space="preserve">　　　　年　　月　　日</w:t>
      </w:r>
    </w:p>
    <w:p>
      <w:pPr>
        <w:spacing w:after="40"/>
        <w:jc w:val="left"/>
      </w:pPr>
      <w:r>
        <w:rPr>
          <w:rFonts w:ascii="游ゴシック" w:hAnsi="游ゴシック" w:eastAsia="游ゴシック"/>
          <w:b w:val="0"/>
          <w:sz w:val="21"/>
        </w:rPr>
        <w:t>株式会社〇〇〇〇</w:t>
      </w:r>
    </w:p>
    <w:p>
      <w:pPr>
        <w:spacing w:after="320"/>
        <w:jc w:val="left"/>
      </w:pPr>
      <w:r>
        <w:rPr>
          <w:rFonts w:ascii="游ゴシック" w:hAnsi="游ゴシック" w:eastAsia="游ゴシック"/>
          <w:b w:val="0"/>
          <w:sz w:val="21"/>
        </w:rPr>
        <w:t>人事ご担当者様</w:t>
      </w:r>
    </w:p>
    <w:p>
      <w:pPr>
        <w:spacing w:after="40"/>
        <w:jc w:val="right"/>
      </w:pPr>
      <w:r>
        <w:rPr>
          <w:rFonts w:ascii="游ゴシック" w:hAnsi="游ゴシック" w:eastAsia="游ゴシック"/>
          <w:b w:val="0"/>
          <w:sz w:val="21"/>
        </w:rPr>
        <w:t xml:space="preserve">〒　　　－　　　　</w:t>
      </w:r>
    </w:p>
    <w:p>
      <w:pPr>
        <w:spacing w:after="40"/>
        <w:jc w:val="right"/>
      </w:pPr>
      <w:r>
        <w:rPr>
          <w:rFonts w:ascii="游ゴシック" w:hAnsi="游ゴシック" w:eastAsia="游ゴシック"/>
          <w:b w:val="0"/>
          <w:sz w:val="21"/>
        </w:rPr>
        <w:t>住所　〇〇県〇〇市〇〇町1-2-3</w:t>
      </w:r>
    </w:p>
    <w:p>
      <w:pPr>
        <w:spacing w:after="40"/>
        <w:jc w:val="right"/>
      </w:pPr>
      <w:r>
        <w:rPr>
          <w:rFonts w:ascii="游ゴシック" w:hAnsi="游ゴシック" w:eastAsia="游ゴシック"/>
          <w:b w:val="0"/>
          <w:sz w:val="21"/>
        </w:rPr>
        <w:t>氏名　〇〇　〇〇</w:t>
      </w:r>
    </w:p>
    <w:p>
      <w:pPr>
        <w:spacing w:after="40"/>
        <w:jc w:val="right"/>
      </w:pPr>
      <w:r>
        <w:rPr>
          <w:rFonts w:ascii="游ゴシック" w:hAnsi="游ゴシック" w:eastAsia="游ゴシック"/>
          <w:b w:val="0"/>
          <w:sz w:val="21"/>
        </w:rPr>
        <w:t>電話　090-0000-0000</w:t>
      </w:r>
    </w:p>
    <w:p>
      <w:pPr>
        <w:spacing w:after="400"/>
        <w:jc w:val="right"/>
      </w:pPr>
      <w:r>
        <w:rPr>
          <w:rFonts w:ascii="游ゴシック" w:hAnsi="游ゴシック" w:eastAsia="游ゴシック"/>
          <w:b w:val="0"/>
          <w:sz w:val="21"/>
        </w:rPr>
        <w:t>メール　example@example.com</w:t>
      </w:r>
    </w:p>
    <w:p>
      <w:pPr>
        <w:spacing w:after="360"/>
        <w:jc w:val="center"/>
      </w:pPr>
      <w:r>
        <w:rPr>
          <w:rFonts w:ascii="游ゴシック" w:hAnsi="游ゴシック" w:eastAsia="游ゴシック"/>
          <w:b/>
          <w:sz w:val="24"/>
        </w:rPr>
        <w:t>応募書類の送付について</w:t>
      </w:r>
    </w:p>
    <w:p>
      <w:pPr>
        <w:spacing w:after="200"/>
        <w:jc w:val="left"/>
      </w:pPr>
      <w:r>
        <w:rPr>
          <w:rFonts w:ascii="游ゴシック" w:hAnsi="游ゴシック" w:eastAsia="游ゴシック"/>
          <w:b w:val="0"/>
          <w:sz w:val="21"/>
        </w:rPr>
        <w:t xml:space="preserve">　拝啓　時下ますますご清栄のこととお慶び申し上げます。</w:t>
      </w:r>
    </w:p>
    <w:p>
      <w:pPr>
        <w:spacing w:after="200"/>
        <w:jc w:val="left"/>
      </w:pPr>
      <w:r>
        <w:rPr>
          <w:rFonts w:ascii="游ゴシック" w:hAnsi="游ゴシック" w:eastAsia="游ゴシック"/>
          <w:b w:val="0"/>
          <w:sz w:val="21"/>
        </w:rPr>
        <w:t xml:space="preserve">　このたび、貴社の求人情報を拝見し、〇〇職に応募させていただきたく、応募書類をお送りいたします。</w:t>
      </w:r>
    </w:p>
    <w:p>
      <w:pPr>
        <w:spacing w:after="200"/>
        <w:jc w:val="left"/>
      </w:pPr>
      <w:r>
        <w:rPr>
          <w:rFonts w:ascii="游ゴシック" w:hAnsi="游ゴシック" w:eastAsia="游ゴシック"/>
          <w:b w:val="0"/>
          <w:sz w:val="21"/>
        </w:rPr>
        <w:t xml:space="preserve">　私はこれまで〇〇年間、〇〇の業務に携わってまいりました。これまでの経験を貴社で活かし、貢献したいと考えております。</w:t>
      </w:r>
    </w:p>
    <w:p>
      <w:pPr>
        <w:spacing w:after="200"/>
        <w:jc w:val="left"/>
      </w:pPr>
      <w:r>
        <w:rPr>
          <w:rFonts w:ascii="游ゴシック" w:hAnsi="游ゴシック" w:eastAsia="游ゴシック"/>
          <w:b w:val="0"/>
          <w:sz w:val="21"/>
        </w:rPr>
        <w:t xml:space="preserve">　ご多忙のところ恐れ入りますが、ご検討のうえ、面接の機会をいただけましたら幸いです。何卒よろしくお願い申し上げます。</w:t>
      </w:r>
    </w:p>
    <w:p>
      <w:pPr>
        <w:spacing w:after="280"/>
        <w:jc w:val="right"/>
      </w:pPr>
      <w:r>
        <w:rPr>
          <w:rFonts w:ascii="游ゴシック" w:hAnsi="游ゴシック" w:eastAsia="游ゴシック"/>
          <w:b w:val="0"/>
          <w:sz w:val="21"/>
        </w:rPr>
        <w:t>敬具</w:t>
      </w:r>
    </w:p>
    <w:p>
      <w:pPr>
        <w:spacing w:after="200"/>
        <w:jc w:val="center"/>
      </w:pPr>
      <w:r>
        <w:rPr>
          <w:rFonts w:ascii="游ゴシック" w:hAnsi="游ゴシック" w:eastAsia="游ゴシック"/>
          <w:b w:val="0"/>
          <w:sz w:val="21"/>
        </w:rPr>
        <w:t>記</w:t>
      </w:r>
    </w:p>
    <w:p>
      <w:pPr>
        <w:spacing w:after="120"/>
        <w:jc w:val="left"/>
      </w:pPr>
      <w:r>
        <w:rPr>
          <w:rFonts w:ascii="游ゴシック" w:hAnsi="游ゴシック" w:eastAsia="游ゴシック"/>
          <w:b w:val="0"/>
          <w:sz w:val="21"/>
        </w:rPr>
        <w:t xml:space="preserve">　１．履歴書　　　　１部</w:t>
      </w:r>
    </w:p>
    <w:p>
      <w:pPr>
        <w:spacing w:after="320"/>
        <w:jc w:val="left"/>
      </w:pPr>
      <w:r>
        <w:rPr>
          <w:rFonts w:ascii="游ゴシック" w:hAnsi="游ゴシック" w:eastAsia="游ゴシック"/>
          <w:b w:val="0"/>
          <w:sz w:val="21"/>
        </w:rPr>
        <w:t xml:space="preserve">　２．職務経歴書　　１部</w:t>
      </w:r>
    </w:p>
    <w:p>
      <w:pPr>
        <w:spacing w:after="0"/>
        <w:jc w:val="right"/>
      </w:pPr>
      <w:r>
        <w:rPr>
          <w:rFonts w:ascii="游ゴシック" w:hAnsi="游ゴシック" w:eastAsia="游ゴシック"/>
          <w:b w:val="0"/>
          <w:sz w:val="21"/>
        </w:rPr>
        <w:t>以上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