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営業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記入例の氏名・会社・案件・経歴・数値はすべて架空です。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作成日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2026年11月6日現在</w:t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見本 太郎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職務要約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41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株式会社見本商事で4年間、法人向けのオフィス用品の営業を担当しました。既存顧客の定期訪問、見積作成、納品後の確認に従事しました。直近の1年間は新規顧客への提案も担当しました。</w:t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職務経歴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在籍期間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2022年4月～2026年3月</w:t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会社名・事業所名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株式会社見本商事</w:t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事業内容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法人向けオフィス用品の販売</w:t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雇用形態・役割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正社員　営業部　担当者</w:t>
            </w:r>
          </w:p>
        </w:tc>
      </w:tr>
      <w:tr>
        <w:trPr>
          <w:trHeight w:val="164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商材・顧客・営業方法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商材　事務用品、事務用家具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顧客　地域の中小企業　既存顧客30社を担当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方法　定期訪問、電話、問い合わせへの対応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担当　要望確認、見積、受注、納期調整、納品後の確認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担当業務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顧客の使用状況と更新予定を確認し、必要な品目と納期を整理しました。家具の入れ替えでは社内の配送担当と搬入日を調整しました。納品後の問い合わせも受け付け、製品の交換が必要な場合は上司へ確認しました。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目標・実績と自分の取り組み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04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2025年度の担当売上は2,880万円で、同年度の目標3,000万円に対する達成率は96%でした。更新予定を顧客別に記録し、見積を出す前に納期を確認しました。売上は担当顧客分の受注記録を集計した値で、部門全体の実績とは分けています。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営業　2枚目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記入例の氏名・会社・案件・経歴・数値はすべて架空です。</w:t>
      </w:r>
    </w:p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生かせる経験・スキル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89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顧客の使用状況と要望の確認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見積書の作成、受注処理、納期調整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Excelによる顧客別の注文・更新予定の管理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配送担当、仕入先との日程調整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58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2021年8月　普通自動車第一種運転免許 取得</w:t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4139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顧客が希望する納期を先に確認し、社内で手配できる日程と照合してきました。事務用家具の入れ替えでは搬入経路と営業日の都合を聞き取り、配送担当と調整しました。対応後は次回確認する事項を記録し、担当者が変わっても経緯を確認できるようにしました。</w:t>
            </w:r>
          </w:p>
        </w:tc>
      </w:tr>
    </w:tbl>
    <w:p>
      <w:pPr>
        <w:spacing w:before="100"/>
      </w:pPr>
      <w:r>
        <w:rPr>
          <w:rFonts w:ascii="Hiragino Sans" w:hAnsi="Hiragino Sans" w:eastAsia="Hiragino Sans"/>
          <w:b w:val="0"/>
          <w:color w:val="000000"/>
          <w:sz w:val="16"/>
        </w:rPr>
        <w:t>見本は自分の記録に置き換え、経験していない業務や確認できない数字は削除してください。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