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職務経歴書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営業</w:t>
      </w:r>
    </w:p>
    <w:p>
      <w:pPr>
        <w:spacing w:after="60"/>
      </w:pPr>
      <w:r>
        <w:rPr>
          <w:rFonts w:ascii="Hiragino Sans" w:hAnsi="Hiragino Sans" w:eastAsia="Hiragino Sans"/>
          <w:b w:val="0"/>
          <w:color w:val="000000"/>
          <w:sz w:val="16"/>
        </w:rPr>
        <w:t>自分の担当業務・期間・資格を確認して記入してください。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作成日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職務要約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41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職務経歴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在籍期間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会社名・事業所名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事業内容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雇用形態・役割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164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商材・顧客・営業方法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担当業務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目標・実績と自分の取り組み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04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職務経歴書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営業　2枚目</w:t>
      </w:r>
    </w:p>
    <w:p>
      <w:pPr>
        <w:spacing w:after="60"/>
      </w:pPr>
      <w:r>
        <w:rPr>
          <w:rFonts w:ascii="Hiragino Sans" w:hAnsi="Hiragino Sans" w:eastAsia="Hiragino Sans"/>
          <w:b w:val="0"/>
          <w:color w:val="000000"/>
          <w:sz w:val="16"/>
        </w:rPr>
        <w:t>自分の担当業務・期間・資格を確認して記入してください。</w:t>
      </w:r>
    </w:p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生かせる経験・スキル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89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免許・資格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58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自己PR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4139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spacing w:before="100"/>
      </w:pPr>
      <w:r>
        <w:rPr>
          <w:rFonts w:ascii="Hiragino Sans" w:hAnsi="Hiragino Sans" w:eastAsia="Hiragino Sans"/>
          <w:b w:val="0"/>
          <w:color w:val="000000"/>
          <w:sz w:val="16"/>
        </w:rPr>
        <w:t>応募先の指定があれば従ってください。編集後は全ページを確認し、提出しない説明文は削除してください。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