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逆編年式　最新の職歴から記入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587"/>
        <w:gridCol w:w="8957"/>
      </w:tblGrid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95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直近の職歴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85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在籍期間・雇用形態・役割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02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担当業務・取り組み・実績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5102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逆編年式　2枚目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以前の職歴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85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在籍期間・雇用形態・役割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02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担当業務・取り組み・実績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3685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経験・スキル・免許資格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98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