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40"/>
      </w:pPr>
      <w:r>
        <w:rPr>
          <w:rFonts w:ascii="Hiragino Sans" w:hAnsi="Hiragino Sans" w:eastAsia="Hiragino Sans"/>
          <w:b/>
          <w:color w:val="000000"/>
          <w:sz w:val="40"/>
        </w:rPr>
        <w:t>職務経歴書</w:t>
      </w:r>
    </w:p>
    <w:p>
      <w:pPr>
        <w:spacing w:after="80"/>
      </w:pPr>
      <w:r>
        <w:rPr>
          <w:rFonts w:ascii="Hiragino Sans" w:hAnsi="Hiragino Sans" w:eastAsia="Hiragino Sans"/>
          <w:b w:val="0"/>
          <w:color w:val="000000"/>
          <w:sz w:val="18"/>
        </w:rPr>
        <w:t>事務</w:t>
      </w:r>
    </w:p>
    <w:p>
      <w:pPr>
        <w:spacing w:after="60"/>
      </w:pPr>
      <w:r>
        <w:rPr>
          <w:rFonts w:ascii="Hiragino Sans" w:hAnsi="Hiragino Sans" w:eastAsia="Hiragino Sans"/>
          <w:b w:val="0"/>
          <w:color w:val="000000"/>
          <w:sz w:val="16"/>
        </w:rPr>
        <w:t>自分の担当業務・期間・資格を確認して記入してください。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  <w:tblBorders>
          <w:top w:val="single" w:sz="5" w:color="D9D9D9"/>
          <w:bottom w:val="single" w:sz="5" w:color="D9D9D9"/>
          <w:left w:val="single" w:sz="5" w:color="D9D9D9"/>
          <w:right w:val="single" w:sz="5" w:color="D9D9D9"/>
          <w:insideH w:val="single" w:sz="5" w:color="D9D9D9"/>
          <w:insideV w:val="single" w:sz="5" w:color="D9D9D9"/>
        </w:tblBorders>
        <w:tblCellMar>
          <w:top w:w="60" w:type="dxa"/>
          <w:bottom w:w="60" w:type="dxa"/>
          <w:left w:w="60" w:type="dxa"/>
          <w:right w:w="60" w:type="dxa"/>
        </w:tblCellMar>
      </w:tblPr>
      <w:tblGrid>
        <w:gridCol w:w="1814"/>
        <w:gridCol w:w="8731"/>
      </w:tblGrid>
      <w:tr>
        <w:trPr>
          <w:trHeight w:val="454" w:hRule="atLeast"/>
        </w:trPr>
        <w:tc>
          <w:tcPr>
            <w:tcW w:type="dxa" w:w="1814"/>
            <w:vAlign w:val="center"/>
          </w:tcPr>
          <w:p>
            <w:pPr>
              <w:spacing w:after="0" w:before="0" w:line="280" w:lineRule="exact"/>
            </w:pPr>
            <w:r/>
            <w:r>
              <w:rPr>
                <w:rFonts w:ascii="Hiragino Sans" w:hAnsi="Hiragino Sans" w:eastAsia="Hiragino Sans"/>
                <w:b w:val="0"/>
                <w:color w:val="000000"/>
                <w:sz w:val="21"/>
              </w:rPr>
              <w:t>作成日</w:t>
            </w:r>
          </w:p>
        </w:tc>
        <w:tc>
          <w:tcPr>
            <w:tcW w:type="dxa" w:w="8731"/>
            <w:vAlign w:val="center"/>
          </w:tcPr>
          <w:p>
            <w:pPr>
              <w:spacing w:after="0" w:before="0" w:line="280" w:lineRule="exact"/>
            </w:pPr>
            <w:r/>
            <w:r>
              <w:rPr>
                <w:rFonts w:ascii="Hiragino Sans" w:hAnsi="Hiragino Sans" w:eastAsia="Hiragino Sans"/>
                <w:b w:val="0"/>
                <w:color w:val="000000"/>
                <w:sz w:val="21"/>
              </w:rPr>
            </w:r>
          </w:p>
        </w:tc>
      </w:tr>
      <w:tr>
        <w:trPr>
          <w:trHeight w:val="454" w:hRule="atLeast"/>
        </w:trPr>
        <w:tc>
          <w:tcPr>
            <w:tcW w:type="dxa" w:w="1814"/>
            <w:vAlign w:val="center"/>
          </w:tcPr>
          <w:p>
            <w:pPr>
              <w:spacing w:after="0" w:before="0" w:line="280" w:lineRule="exact"/>
            </w:pPr>
            <w:r/>
            <w:r>
              <w:rPr>
                <w:rFonts w:ascii="Hiragino Sans" w:hAnsi="Hiragino Sans" w:eastAsia="Hiragino Sans"/>
                <w:b w:val="0"/>
                <w:color w:val="000000"/>
                <w:sz w:val="21"/>
              </w:rPr>
              <w:t>氏名</w:t>
            </w:r>
          </w:p>
        </w:tc>
        <w:tc>
          <w:tcPr>
            <w:tcW w:type="dxa" w:w="8731"/>
            <w:vAlign w:val="center"/>
          </w:tcPr>
          <w:p>
            <w:pPr>
              <w:spacing w:after="0" w:before="0" w:line="280" w:lineRule="exact"/>
            </w:pPr>
            <w:r/>
            <w:r>
              <w:rPr>
                <w:rFonts w:ascii="Hiragino Sans" w:hAnsi="Hiragino Sans" w:eastAsia="Hiragino Sans"/>
                <w:b w:val="0"/>
                <w:color w:val="000000"/>
                <w:sz w:val="21"/>
              </w:rPr>
            </w:r>
          </w:p>
        </w:tc>
      </w:tr>
    </w:tbl>
    <w:p>
      <w:pPr>
        <w:keepNext/>
        <w:spacing w:before="80" w:after="40"/>
      </w:pPr>
      <w:r>
        <w:rPr>
          <w:rFonts w:ascii="Hiragino Sans" w:hAnsi="Hiragino Sans" w:eastAsia="Hiragino Sans"/>
          <w:b/>
          <w:color w:val="000000"/>
          <w:sz w:val="22"/>
        </w:rPr>
        <w:t>職務要約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  <w:tblBorders>
          <w:top w:val="single" w:sz="5" w:color="D9D9D9"/>
          <w:bottom w:val="single" w:sz="5" w:color="D9D9D9"/>
          <w:left w:val="single" w:sz="5" w:color="D9D9D9"/>
          <w:right w:val="single" w:sz="5" w:color="D9D9D9"/>
          <w:insideH w:val="single" w:sz="5" w:color="D9D9D9"/>
          <w:insideV w:val="single" w:sz="5" w:color="D9D9D9"/>
        </w:tblBorders>
        <w:tblCellMar>
          <w:top w:w="60" w:type="dxa"/>
          <w:bottom w:w="60" w:type="dxa"/>
          <w:left w:w="60" w:type="dxa"/>
          <w:right w:w="60" w:type="dxa"/>
        </w:tblCellMar>
      </w:tblPr>
      <w:tblGrid>
        <w:gridCol w:w="10545"/>
      </w:tblGrid>
      <w:tr>
        <w:trPr>
          <w:trHeight w:val="1417" w:hRule="atLeast"/>
        </w:trPr>
        <w:tc>
          <w:tcPr>
            <w:tcW w:type="dxa" w:w="10545"/>
            <w:vAlign w:val="center"/>
          </w:tcPr>
          <w:p>
            <w:pPr>
              <w:spacing w:after="0" w:before="0" w:line="280" w:lineRule="exact"/>
            </w:pPr>
            <w:r/>
            <w:r>
              <w:rPr>
                <w:rFonts w:ascii="Hiragino Sans" w:hAnsi="Hiragino Sans" w:eastAsia="Hiragino Sans"/>
                <w:b w:val="0"/>
                <w:color w:val="000000"/>
                <w:sz w:val="21"/>
              </w:rPr>
            </w:r>
          </w:p>
        </w:tc>
      </w:tr>
    </w:tbl>
    <w:p>
      <w:pPr>
        <w:keepNext/>
        <w:spacing w:before="100" w:after="40"/>
      </w:pPr>
      <w:r>
        <w:rPr>
          <w:rFonts w:ascii="Hiragino Sans" w:hAnsi="Hiragino Sans" w:eastAsia="Hiragino Sans"/>
          <w:b/>
          <w:color w:val="000000"/>
          <w:sz w:val="22"/>
        </w:rPr>
        <w:t>職務経歴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  <w:tblBorders>
          <w:top w:val="single" w:sz="5" w:color="D9D9D9"/>
          <w:bottom w:val="single" w:sz="5" w:color="D9D9D9"/>
          <w:left w:val="single" w:sz="5" w:color="D9D9D9"/>
          <w:right w:val="single" w:sz="5" w:color="D9D9D9"/>
          <w:insideH w:val="single" w:sz="5" w:color="D9D9D9"/>
          <w:insideV w:val="single" w:sz="5" w:color="D9D9D9"/>
        </w:tblBorders>
        <w:tblCellMar>
          <w:top w:w="60" w:type="dxa"/>
          <w:bottom w:w="60" w:type="dxa"/>
          <w:left w:w="60" w:type="dxa"/>
          <w:right w:w="60" w:type="dxa"/>
        </w:tblCellMar>
      </w:tblPr>
      <w:tblGrid>
        <w:gridCol w:w="1814"/>
        <w:gridCol w:w="8731"/>
      </w:tblGrid>
      <w:tr>
        <w:trPr>
          <w:trHeight w:val="454" w:hRule="atLeast"/>
        </w:trPr>
        <w:tc>
          <w:tcPr>
            <w:tcW w:type="dxa" w:w="1814"/>
            <w:vAlign w:val="center"/>
          </w:tcPr>
          <w:p>
            <w:pPr>
              <w:spacing w:after="0" w:before="0" w:line="280" w:lineRule="exact"/>
            </w:pPr>
            <w:r/>
            <w:r>
              <w:rPr>
                <w:rFonts w:ascii="Hiragino Sans" w:hAnsi="Hiragino Sans" w:eastAsia="Hiragino Sans"/>
                <w:b w:val="0"/>
                <w:color w:val="000000"/>
                <w:sz w:val="21"/>
              </w:rPr>
              <w:t>在籍期間</w:t>
            </w:r>
          </w:p>
        </w:tc>
        <w:tc>
          <w:tcPr>
            <w:tcW w:type="dxa" w:w="8731"/>
            <w:vAlign w:val="center"/>
          </w:tcPr>
          <w:p>
            <w:pPr>
              <w:spacing w:after="0" w:before="0" w:line="280" w:lineRule="exact"/>
            </w:pPr>
            <w:r/>
            <w:r>
              <w:rPr>
                <w:rFonts w:ascii="Hiragino Sans" w:hAnsi="Hiragino Sans" w:eastAsia="Hiragino Sans"/>
                <w:b w:val="0"/>
                <w:color w:val="000000"/>
                <w:sz w:val="21"/>
              </w:rPr>
            </w:r>
          </w:p>
        </w:tc>
      </w:tr>
      <w:tr>
        <w:trPr>
          <w:trHeight w:val="454" w:hRule="atLeast"/>
        </w:trPr>
        <w:tc>
          <w:tcPr>
            <w:tcW w:type="dxa" w:w="1814"/>
            <w:vAlign w:val="center"/>
          </w:tcPr>
          <w:p>
            <w:pPr>
              <w:spacing w:after="0" w:before="0" w:line="280" w:lineRule="exact"/>
            </w:pPr>
            <w:r/>
            <w:r>
              <w:rPr>
                <w:rFonts w:ascii="Hiragino Sans" w:hAnsi="Hiragino Sans" w:eastAsia="Hiragino Sans"/>
                <w:b w:val="0"/>
                <w:color w:val="000000"/>
                <w:sz w:val="21"/>
              </w:rPr>
              <w:t>会社名・事業所名</w:t>
            </w:r>
          </w:p>
        </w:tc>
        <w:tc>
          <w:tcPr>
            <w:tcW w:type="dxa" w:w="8731"/>
            <w:vAlign w:val="center"/>
          </w:tcPr>
          <w:p>
            <w:pPr>
              <w:spacing w:after="0" w:before="0" w:line="280" w:lineRule="exact"/>
            </w:pPr>
            <w:r/>
            <w:r>
              <w:rPr>
                <w:rFonts w:ascii="Hiragino Sans" w:hAnsi="Hiragino Sans" w:eastAsia="Hiragino Sans"/>
                <w:b w:val="0"/>
                <w:color w:val="000000"/>
                <w:sz w:val="21"/>
              </w:rPr>
            </w:r>
          </w:p>
        </w:tc>
      </w:tr>
      <w:tr>
        <w:trPr>
          <w:trHeight w:val="454" w:hRule="atLeast"/>
        </w:trPr>
        <w:tc>
          <w:tcPr>
            <w:tcW w:type="dxa" w:w="1814"/>
            <w:vAlign w:val="center"/>
          </w:tcPr>
          <w:p>
            <w:pPr>
              <w:spacing w:after="0" w:before="0" w:line="280" w:lineRule="exact"/>
            </w:pPr>
            <w:r/>
            <w:r>
              <w:rPr>
                <w:rFonts w:ascii="Hiragino Sans" w:hAnsi="Hiragino Sans" w:eastAsia="Hiragino Sans"/>
                <w:b w:val="0"/>
                <w:color w:val="000000"/>
                <w:sz w:val="21"/>
              </w:rPr>
              <w:t>事業内容</w:t>
            </w:r>
          </w:p>
        </w:tc>
        <w:tc>
          <w:tcPr>
            <w:tcW w:type="dxa" w:w="8731"/>
            <w:vAlign w:val="center"/>
          </w:tcPr>
          <w:p>
            <w:pPr>
              <w:spacing w:after="0" w:before="0" w:line="280" w:lineRule="exact"/>
            </w:pPr>
            <w:r/>
            <w:r>
              <w:rPr>
                <w:rFonts w:ascii="Hiragino Sans" w:hAnsi="Hiragino Sans" w:eastAsia="Hiragino Sans"/>
                <w:b w:val="0"/>
                <w:color w:val="000000"/>
                <w:sz w:val="21"/>
              </w:rPr>
            </w:r>
          </w:p>
        </w:tc>
      </w:tr>
      <w:tr>
        <w:trPr>
          <w:trHeight w:val="454" w:hRule="atLeast"/>
        </w:trPr>
        <w:tc>
          <w:tcPr>
            <w:tcW w:type="dxa" w:w="1814"/>
            <w:vAlign w:val="center"/>
          </w:tcPr>
          <w:p>
            <w:pPr>
              <w:spacing w:after="0" w:before="0" w:line="280" w:lineRule="exact"/>
            </w:pPr>
            <w:r/>
            <w:r>
              <w:rPr>
                <w:rFonts w:ascii="Hiragino Sans" w:hAnsi="Hiragino Sans" w:eastAsia="Hiragino Sans"/>
                <w:b w:val="0"/>
                <w:color w:val="000000"/>
                <w:sz w:val="21"/>
              </w:rPr>
              <w:t>雇用形態・役割</w:t>
            </w:r>
          </w:p>
        </w:tc>
        <w:tc>
          <w:tcPr>
            <w:tcW w:type="dxa" w:w="8731"/>
            <w:vAlign w:val="center"/>
          </w:tcPr>
          <w:p>
            <w:pPr>
              <w:spacing w:after="0" w:before="0" w:line="280" w:lineRule="exact"/>
            </w:pPr>
            <w:r/>
            <w:r>
              <w:rPr>
                <w:rFonts w:ascii="Hiragino Sans" w:hAnsi="Hiragino Sans" w:eastAsia="Hiragino Sans"/>
                <w:b w:val="0"/>
                <w:color w:val="000000"/>
                <w:sz w:val="21"/>
              </w:rPr>
            </w:r>
          </w:p>
        </w:tc>
      </w:tr>
      <w:tr>
        <w:trPr>
          <w:trHeight w:val="1644" w:hRule="atLeast"/>
        </w:trPr>
        <w:tc>
          <w:tcPr>
            <w:tcW w:type="dxa" w:w="1814"/>
            <w:vAlign w:val="center"/>
          </w:tcPr>
          <w:p>
            <w:pPr>
              <w:spacing w:after="0" w:before="0" w:line="280" w:lineRule="exact"/>
            </w:pPr>
            <w:r/>
            <w:r>
              <w:rPr>
                <w:rFonts w:ascii="Hiragino Sans" w:hAnsi="Hiragino Sans" w:eastAsia="Hiragino Sans"/>
                <w:b w:val="0"/>
                <w:color w:val="000000"/>
                <w:sz w:val="21"/>
              </w:rPr>
              <w:t>担当業務・頻度・使用ソフト</w:t>
            </w:r>
          </w:p>
        </w:tc>
        <w:tc>
          <w:tcPr>
            <w:tcW w:type="dxa" w:w="8731"/>
            <w:vAlign w:val="center"/>
          </w:tcPr>
          <w:p>
            <w:pPr>
              <w:spacing w:after="0" w:before="0" w:line="280" w:lineRule="exact"/>
            </w:pPr>
            <w:r/>
            <w:r>
              <w:rPr>
                <w:rFonts w:ascii="Hiragino Sans" w:hAnsi="Hiragino Sans" w:eastAsia="Hiragino Sans"/>
                <w:b w:val="0"/>
                <w:color w:val="000000"/>
                <w:sz w:val="21"/>
              </w:rPr>
            </w:r>
          </w:p>
        </w:tc>
      </w:tr>
    </w:tbl>
    <w:p>
      <w:pPr>
        <w:keepNext/>
        <w:spacing w:before="80" w:after="40"/>
      </w:pPr>
      <w:r>
        <w:rPr>
          <w:rFonts w:ascii="Hiragino Sans" w:hAnsi="Hiragino Sans" w:eastAsia="Hiragino Sans"/>
          <w:b/>
          <w:color w:val="000000"/>
          <w:sz w:val="22"/>
        </w:rPr>
        <w:t>担当業務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  <w:tblBorders>
          <w:top w:val="single" w:sz="5" w:color="D9D9D9"/>
          <w:bottom w:val="single" w:sz="5" w:color="D9D9D9"/>
          <w:left w:val="single" w:sz="5" w:color="D9D9D9"/>
          <w:right w:val="single" w:sz="5" w:color="D9D9D9"/>
          <w:insideH w:val="single" w:sz="5" w:color="D9D9D9"/>
          <w:insideV w:val="single" w:sz="5" w:color="D9D9D9"/>
        </w:tblBorders>
        <w:tblCellMar>
          <w:top w:w="60" w:type="dxa"/>
          <w:bottom w:w="60" w:type="dxa"/>
          <w:left w:w="60" w:type="dxa"/>
          <w:right w:w="60" w:type="dxa"/>
        </w:tblCellMar>
      </w:tblPr>
      <w:tblGrid>
        <w:gridCol w:w="10545"/>
      </w:tblGrid>
      <w:tr>
        <w:trPr>
          <w:trHeight w:val="1701" w:hRule="atLeast"/>
        </w:trPr>
        <w:tc>
          <w:tcPr>
            <w:tcW w:type="dxa" w:w="10545"/>
            <w:vAlign w:val="center"/>
          </w:tcPr>
          <w:p>
            <w:pPr>
              <w:spacing w:after="0" w:before="0" w:line="280" w:lineRule="exact"/>
            </w:pPr>
            <w:r/>
            <w:r>
              <w:rPr>
                <w:rFonts w:ascii="Hiragino Sans" w:hAnsi="Hiragino Sans" w:eastAsia="Hiragino Sans"/>
                <w:b w:val="0"/>
                <w:color w:val="000000"/>
                <w:sz w:val="21"/>
              </w:rPr>
            </w:r>
          </w:p>
        </w:tc>
      </w:tr>
    </w:tbl>
    <w:p>
      <w:pPr>
        <w:keepNext/>
        <w:spacing w:before="80" w:after="40"/>
      </w:pPr>
      <w:r>
        <w:rPr>
          <w:rFonts w:ascii="Hiragino Sans" w:hAnsi="Hiragino Sans" w:eastAsia="Hiragino Sans"/>
          <w:b/>
          <w:color w:val="000000"/>
          <w:sz w:val="22"/>
        </w:rPr>
        <w:t>確認方法・業務の見直し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  <w:tblBorders>
          <w:top w:val="single" w:sz="5" w:color="D9D9D9"/>
          <w:bottom w:val="single" w:sz="5" w:color="D9D9D9"/>
          <w:left w:val="single" w:sz="5" w:color="D9D9D9"/>
          <w:right w:val="single" w:sz="5" w:color="D9D9D9"/>
          <w:insideH w:val="single" w:sz="5" w:color="D9D9D9"/>
          <w:insideV w:val="single" w:sz="5" w:color="D9D9D9"/>
        </w:tblBorders>
        <w:tblCellMar>
          <w:top w:w="60" w:type="dxa"/>
          <w:bottom w:w="60" w:type="dxa"/>
          <w:left w:w="60" w:type="dxa"/>
          <w:right w:w="60" w:type="dxa"/>
        </w:tblCellMar>
      </w:tblPr>
      <w:tblGrid>
        <w:gridCol w:w="10545"/>
      </w:tblGrid>
      <w:tr>
        <w:trPr>
          <w:trHeight w:val="2041" w:hRule="atLeast"/>
        </w:trPr>
        <w:tc>
          <w:tcPr>
            <w:tcW w:type="dxa" w:w="10545"/>
            <w:vAlign w:val="center"/>
          </w:tcPr>
          <w:p>
            <w:pPr>
              <w:spacing w:after="0" w:before="0" w:line="280" w:lineRule="exact"/>
            </w:pPr>
            <w:r/>
            <w:r>
              <w:rPr>
                <w:rFonts w:ascii="Hiragino Sans" w:hAnsi="Hiragino Sans" w:eastAsia="Hiragino Sans"/>
                <w:b w:val="0"/>
                <w:color w:val="000000"/>
                <w:sz w:val="21"/>
              </w:rPr>
            </w:r>
          </w:p>
        </w:tc>
      </w:tr>
    </w:tbl>
    <w:p>
      <w:r>
        <w:br w:type="page"/>
      </w:r>
    </w:p>
    <w:p>
      <w:pPr>
        <w:pStyle w:val="Title"/>
        <w:spacing w:after="40"/>
      </w:pPr>
      <w:r>
        <w:rPr>
          <w:rFonts w:ascii="Hiragino Sans" w:hAnsi="Hiragino Sans" w:eastAsia="Hiragino Sans"/>
          <w:b/>
          <w:color w:val="000000"/>
          <w:sz w:val="40"/>
        </w:rPr>
        <w:t>職務経歴書</w:t>
      </w:r>
    </w:p>
    <w:p>
      <w:pPr>
        <w:spacing w:after="80"/>
      </w:pPr>
      <w:r>
        <w:rPr>
          <w:rFonts w:ascii="Hiragino Sans" w:hAnsi="Hiragino Sans" w:eastAsia="Hiragino Sans"/>
          <w:b w:val="0"/>
          <w:color w:val="000000"/>
          <w:sz w:val="18"/>
        </w:rPr>
        <w:t>事務　2枚目</w:t>
      </w:r>
    </w:p>
    <w:p>
      <w:pPr>
        <w:spacing w:after="60"/>
      </w:pPr>
      <w:r>
        <w:rPr>
          <w:rFonts w:ascii="Hiragino Sans" w:hAnsi="Hiragino Sans" w:eastAsia="Hiragino Sans"/>
          <w:b w:val="0"/>
          <w:color w:val="000000"/>
          <w:sz w:val="16"/>
        </w:rPr>
        <w:t>自分の担当業務・期間・資格を確認して記入してください。</w:t>
      </w:r>
    </w:p>
    <w:p>
      <w:pPr>
        <w:keepNext/>
        <w:spacing w:before="80" w:after="40"/>
      </w:pPr>
      <w:r>
        <w:rPr>
          <w:rFonts w:ascii="Hiragino Sans" w:hAnsi="Hiragino Sans" w:eastAsia="Hiragino Sans"/>
          <w:b/>
          <w:color w:val="000000"/>
          <w:sz w:val="22"/>
        </w:rPr>
        <w:t>生かせる経験・スキル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  <w:tblBorders>
          <w:top w:val="single" w:sz="5" w:color="D9D9D9"/>
          <w:bottom w:val="single" w:sz="5" w:color="D9D9D9"/>
          <w:left w:val="single" w:sz="5" w:color="D9D9D9"/>
          <w:right w:val="single" w:sz="5" w:color="D9D9D9"/>
          <w:insideH w:val="single" w:sz="5" w:color="D9D9D9"/>
          <w:insideV w:val="single" w:sz="5" w:color="D9D9D9"/>
        </w:tblBorders>
        <w:tblCellMar>
          <w:top w:w="60" w:type="dxa"/>
          <w:bottom w:w="60" w:type="dxa"/>
          <w:left w:w="60" w:type="dxa"/>
          <w:right w:w="60" w:type="dxa"/>
        </w:tblCellMar>
      </w:tblPr>
      <w:tblGrid>
        <w:gridCol w:w="10545"/>
      </w:tblGrid>
      <w:tr>
        <w:trPr>
          <w:trHeight w:val="2891" w:hRule="atLeast"/>
        </w:trPr>
        <w:tc>
          <w:tcPr>
            <w:tcW w:type="dxa" w:w="10545"/>
            <w:vAlign w:val="center"/>
          </w:tcPr>
          <w:p>
            <w:pPr>
              <w:spacing w:after="0" w:before="0" w:line="280" w:lineRule="exact"/>
            </w:pPr>
            <w:r/>
            <w:r>
              <w:rPr>
                <w:rFonts w:ascii="Hiragino Sans" w:hAnsi="Hiragino Sans" w:eastAsia="Hiragino Sans"/>
                <w:b w:val="0"/>
                <w:color w:val="000000"/>
                <w:sz w:val="21"/>
              </w:rPr>
            </w:r>
          </w:p>
        </w:tc>
      </w:tr>
    </w:tbl>
    <w:p>
      <w:pPr>
        <w:keepNext/>
        <w:spacing w:before="80" w:after="40"/>
      </w:pPr>
      <w:r>
        <w:rPr>
          <w:rFonts w:ascii="Hiragino Sans" w:hAnsi="Hiragino Sans" w:eastAsia="Hiragino Sans"/>
          <w:b/>
          <w:color w:val="000000"/>
          <w:sz w:val="22"/>
        </w:rPr>
        <w:t>免許・資格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  <w:tblBorders>
          <w:top w:val="single" w:sz="5" w:color="D9D9D9"/>
          <w:bottom w:val="single" w:sz="5" w:color="D9D9D9"/>
          <w:left w:val="single" w:sz="5" w:color="D9D9D9"/>
          <w:right w:val="single" w:sz="5" w:color="D9D9D9"/>
          <w:insideH w:val="single" w:sz="5" w:color="D9D9D9"/>
          <w:insideV w:val="single" w:sz="5" w:color="D9D9D9"/>
        </w:tblBorders>
        <w:tblCellMar>
          <w:top w:w="60" w:type="dxa"/>
          <w:bottom w:w="60" w:type="dxa"/>
          <w:left w:w="60" w:type="dxa"/>
          <w:right w:w="60" w:type="dxa"/>
        </w:tblCellMar>
      </w:tblPr>
      <w:tblGrid>
        <w:gridCol w:w="10545"/>
      </w:tblGrid>
      <w:tr>
        <w:trPr>
          <w:trHeight w:val="1587" w:hRule="atLeast"/>
        </w:trPr>
        <w:tc>
          <w:tcPr>
            <w:tcW w:type="dxa" w:w="10545"/>
            <w:vAlign w:val="center"/>
          </w:tcPr>
          <w:p>
            <w:pPr>
              <w:spacing w:after="0" w:before="0" w:line="280" w:lineRule="exact"/>
            </w:pPr>
            <w:r/>
            <w:r>
              <w:rPr>
                <w:rFonts w:ascii="Hiragino Sans" w:hAnsi="Hiragino Sans" w:eastAsia="Hiragino Sans"/>
                <w:b w:val="0"/>
                <w:color w:val="000000"/>
                <w:sz w:val="21"/>
              </w:rPr>
            </w:r>
          </w:p>
        </w:tc>
      </w:tr>
    </w:tbl>
    <w:p>
      <w:pPr>
        <w:keepNext/>
        <w:spacing w:before="80" w:after="40"/>
      </w:pPr>
      <w:r>
        <w:rPr>
          <w:rFonts w:ascii="Hiragino Sans" w:hAnsi="Hiragino Sans" w:eastAsia="Hiragino Sans"/>
          <w:b/>
          <w:color w:val="000000"/>
          <w:sz w:val="22"/>
        </w:rPr>
        <w:t>自己PR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  <w:tblBorders>
          <w:top w:val="single" w:sz="5" w:color="D9D9D9"/>
          <w:bottom w:val="single" w:sz="5" w:color="D9D9D9"/>
          <w:left w:val="single" w:sz="5" w:color="D9D9D9"/>
          <w:right w:val="single" w:sz="5" w:color="D9D9D9"/>
          <w:insideH w:val="single" w:sz="5" w:color="D9D9D9"/>
          <w:insideV w:val="single" w:sz="5" w:color="D9D9D9"/>
        </w:tblBorders>
        <w:tblCellMar>
          <w:top w:w="60" w:type="dxa"/>
          <w:bottom w:w="60" w:type="dxa"/>
          <w:left w:w="60" w:type="dxa"/>
          <w:right w:w="60" w:type="dxa"/>
        </w:tblCellMar>
      </w:tblPr>
      <w:tblGrid>
        <w:gridCol w:w="10545"/>
      </w:tblGrid>
      <w:tr>
        <w:trPr>
          <w:trHeight w:val="4139" w:hRule="atLeast"/>
        </w:trPr>
        <w:tc>
          <w:tcPr>
            <w:tcW w:type="dxa" w:w="10545"/>
            <w:vAlign w:val="center"/>
          </w:tcPr>
          <w:p>
            <w:pPr>
              <w:spacing w:after="0" w:before="0" w:line="280" w:lineRule="exact"/>
            </w:pPr>
            <w:r/>
            <w:r>
              <w:rPr>
                <w:rFonts w:ascii="Hiragino Sans" w:hAnsi="Hiragino Sans" w:eastAsia="Hiragino Sans"/>
                <w:b w:val="0"/>
                <w:color w:val="000000"/>
                <w:sz w:val="21"/>
              </w:rPr>
            </w:r>
          </w:p>
        </w:tc>
      </w:tr>
    </w:tbl>
    <w:p>
      <w:pPr>
        <w:spacing w:before="100"/>
      </w:pPr>
      <w:r>
        <w:rPr>
          <w:rFonts w:ascii="Hiragino Sans" w:hAnsi="Hiragino Sans" w:eastAsia="Hiragino Sans"/>
          <w:b w:val="0"/>
          <w:color w:val="000000"/>
          <w:sz w:val="16"/>
        </w:rPr>
        <w:t>応募先の指定があれば従ってください。編集後は全ページを確認し、提出しない説明文は削除してください。</w:t>
      </w:r>
    </w:p>
    <w:sectPr w:rsidR="00FC693F" w:rsidRPr="0006063C" w:rsidSect="00034616">
      <w:pgSz w:w="11906" w:h="16838"/>
      <w:pgMar w:top="680" w:right="680" w:bottom="680" w:left="6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 w:line="280" w:lineRule="exact"/>
    </w:pPr>
    <w:rPr>
      <w:rFonts w:ascii="Hiragino Sans" w:hAnsi="Hiragino Sans" w:eastAsia="Hiragino Sans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0" w:after="0" w:line="280" w:lineRule="exact"/>
      <w:outlineLvl w:val="0"/>
    </w:pPr>
    <w:rPr>
      <w:rFonts w:asciiTheme="majorHAnsi" w:eastAsiaTheme="majorEastAsia" w:hAnsiTheme="majorHAnsi" w:cstheme="majorBidi" w:ascii="Hiragino Sans" w:hAnsi="Hiragino Sans" w:eastAsia="Hiragino Sans"/>
      <w:b/>
      <w:bCs/>
      <w:color w:val="000000"/>
      <w:sz w:val="21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0" w:after="0" w:line="280" w:lineRule="exact"/>
      <w:outlineLvl w:val="1"/>
    </w:pPr>
    <w:rPr>
      <w:rFonts w:asciiTheme="majorHAnsi" w:eastAsiaTheme="majorEastAsia" w:hAnsiTheme="majorHAnsi" w:cstheme="majorBidi" w:ascii="Hiragino Sans" w:hAnsi="Hiragino Sans" w:eastAsia="Hiragino Sans"/>
      <w:b/>
      <w:bCs/>
      <w:color w:val="000000"/>
      <w:sz w:val="2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0" w:line="240" w:lineRule="auto" w:before="0"/>
      <w:contextualSpacing/>
    </w:pPr>
    <w:rPr>
      <w:rFonts w:asciiTheme="majorHAnsi" w:eastAsiaTheme="majorEastAsia" w:hAnsiTheme="majorHAnsi" w:cstheme="majorBidi" w:ascii="Hiragino Sans" w:hAnsi="Hiragino Sans" w:eastAsia="Hiragino Sans"/>
      <w:color w:val="000000"/>
      <w:spacing w:val="5"/>
      <w:kern w:val="28"/>
      <w:sz w:val="21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