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40"/>
      </w:pPr>
      <w:r>
        <w:rPr>
          <w:rFonts w:ascii="Hiragino Sans" w:hAnsi="Hiragino Sans" w:eastAsia="Hiragino Sans"/>
          <w:b/>
          <w:color w:val="000000"/>
          <w:sz w:val="40"/>
        </w:rPr>
        <w:t>職務経歴書</w:t>
      </w:r>
    </w:p>
    <w:p>
      <w:pPr>
        <w:spacing w:after="80"/>
      </w:pPr>
      <w:r>
        <w:rPr>
          <w:rFonts w:ascii="Hiragino Sans" w:hAnsi="Hiragino Sans" w:eastAsia="Hiragino Sans"/>
          <w:b w:val="0"/>
          <w:color w:val="000000"/>
          <w:sz w:val="18"/>
        </w:rPr>
        <w:t>製造 工場</w:t>
      </w:r>
    </w:p>
    <w:p>
      <w:pPr>
        <w:spacing w:after="80"/>
      </w:pPr>
      <w:r>
        <w:rPr>
          <w:rFonts w:ascii="Hiragino Sans" w:hAnsi="Hiragino Sans" w:eastAsia="Hiragino Sans"/>
          <w:b w:val="0"/>
          <w:color w:val="000000"/>
          <w:sz w:val="16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587"/>
        <w:gridCol w:w="8957"/>
      </w:tblGrid>
      <w:tr>
        <w:trPr>
          <w:trHeight w:val="510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作成日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510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氏名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職務要約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1361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spacing w:before="160" w:after="60"/>
      </w:pPr>
      <w:r>
        <w:rPr>
          <w:rFonts w:ascii="Hiragino Sans" w:hAnsi="Hiragino Sans" w:eastAsia="Hiragino Sans"/>
          <w:b/>
          <w:color w:val="000000"/>
          <w:sz w:val="22"/>
        </w:rPr>
        <w:t>職務経歴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587"/>
        <w:gridCol w:w="8957"/>
      </w:tblGrid>
      <w:tr>
        <w:trPr>
          <w:trHeight w:val="454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在籍期間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454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会社名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454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事業内容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454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雇用形態・役割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1587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製品・設備・工程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担当業務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1587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取り組み・実績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1587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r>
        <w:br w:type="page"/>
      </w:r>
    </w:p>
    <w:p>
      <w:pPr>
        <w:pStyle w:val="Title"/>
        <w:spacing w:after="40"/>
      </w:pPr>
      <w:r>
        <w:rPr>
          <w:rFonts w:ascii="Hiragino Sans" w:hAnsi="Hiragino Sans" w:eastAsia="Hiragino Sans"/>
          <w:b/>
          <w:color w:val="000000"/>
          <w:sz w:val="40"/>
        </w:rPr>
        <w:t>職務経歴書</w:t>
      </w:r>
    </w:p>
    <w:p>
      <w:pPr>
        <w:spacing w:after="80"/>
      </w:pPr>
      <w:r>
        <w:rPr>
          <w:rFonts w:ascii="Hiragino Sans" w:hAnsi="Hiragino Sans" w:eastAsia="Hiragino Sans"/>
          <w:b w:val="0"/>
          <w:color w:val="000000"/>
          <w:sz w:val="18"/>
        </w:rPr>
        <w:t>製造 工場　2枚目</w:t>
      </w:r>
    </w:p>
    <w:p>
      <w:pPr>
        <w:spacing w:after="80"/>
      </w:pPr>
      <w:r>
        <w:rPr>
          <w:rFonts w:ascii="Hiragino Sans" w:hAnsi="Hiragino Sans" w:eastAsia="Hiragino Sans"/>
          <w:b w:val="0"/>
          <w:color w:val="000000"/>
          <w:sz w:val="16"/>
        </w:rPr>
      </w:r>
    </w:p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生かせる経験・スキル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2665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免許・資格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1701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自己PR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4252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sectPr w:rsidR="00FC693F" w:rsidRPr="0006063C" w:rsidSect="00034616">
      <w:pgSz w:w="11906" w:h="16838"/>
      <w:pgMar w:top="680" w:right="680" w:bottom="680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280" w:lineRule="exact"/>
    </w:pPr>
    <w:rPr>
      <w:rFonts w:ascii="Hiragino Sans" w:hAnsi="Hiragino Sans" w:eastAsia="Hiragino Sans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0" w:line="280" w:lineRule="exact"/>
      <w:outlineLvl w:val="0"/>
    </w:pPr>
    <w:rPr>
      <w:rFonts w:asciiTheme="majorHAnsi" w:eastAsiaTheme="majorEastAsia" w:hAnsiTheme="majorHAnsi" w:cstheme="majorBidi" w:ascii="Hiragino Sans" w:hAnsi="Hiragino Sans" w:eastAsia="Hiragino Sans"/>
      <w:b/>
      <w:bCs/>
      <w:color w:val="000000"/>
      <w:sz w:val="2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0" w:line="280" w:lineRule="exact"/>
      <w:outlineLvl w:val="1"/>
    </w:pPr>
    <w:rPr>
      <w:rFonts w:asciiTheme="majorHAnsi" w:eastAsiaTheme="majorEastAsia" w:hAnsiTheme="majorHAnsi" w:cstheme="majorBidi" w:ascii="Hiragino Sans" w:hAnsi="Hiragino Sans" w:eastAsia="Hiragino Sans"/>
      <w:b/>
      <w:bCs/>
      <w:color w:val="000000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0" w:line="240" w:lineRule="auto" w:before="0"/>
      <w:contextualSpacing/>
    </w:pPr>
    <w:rPr>
      <w:rFonts w:asciiTheme="majorHAnsi" w:eastAsiaTheme="majorEastAsia" w:hAnsiTheme="majorHAnsi" w:cstheme="majorBidi" w:ascii="Hiragino Sans" w:hAnsi="Hiragino Sans" w:eastAsia="Hiragino Sans"/>
      <w:color w:val="000000"/>
      <w:spacing w:val="5"/>
      <w:kern w:val="28"/>
      <w:sz w:val="21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