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游ゴシック" w:hAnsi="游ゴシック" w:eastAsia="游ゴシック"/>
          <w:b/>
          <w:sz w:val="32"/>
        </w:rPr>
        <w:t>職 務 経 歴 書</w:t>
      </w:r>
    </w:p>
    <w:p>
      <w:pPr>
        <w:jc w:val="right"/>
      </w:pPr>
      <w:r>
        <w:rPr>
          <w:rFonts w:ascii="游ゴシック" w:hAnsi="游ゴシック" w:eastAsia="游ゴシック"/>
          <w:sz w:val="20"/>
        </w:rPr>
        <w:t xml:space="preserve">　　　　年　　月　　日現在</w:t>
        <w:br/>
        <w:t xml:space="preserve">氏名　　　　　　　　　　　</w:t>
      </w:r>
    </w:p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職務要約</w:t>
      </w:r>
    </w:p>
    <w:p>
      <w:pPr>
        <w:spacing w:after="40"/>
      </w:pPr>
      <w:r>
        <w:rPr>
          <w:rFonts w:ascii="游ゴシック" w:hAnsi="游ゴシック" w:eastAsia="游ゴシック"/>
          <w:color w:val="666666"/>
          <w:sz w:val="17"/>
        </w:rPr>
        <w:t>これまでの経験を3〜4行で。「どの業界で・何を・どれくらい」を最初の1文に入れると読まれます。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124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職務経歴（古い順／新しい順のどちらかに統一）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3118"/>
        <w:gridCol w:w="7654"/>
      </w:tblGrid>
      <w:tr>
        <w:trPr>
          <w:trHeight w:val="454" w:hRule="exact"/>
        </w:trPr>
        <w:tc>
          <w:tcPr>
            <w:tcW w:type="dxa" w:w="311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在籍期間</w:t>
            </w:r>
          </w:p>
        </w:tc>
        <w:tc>
          <w:tcPr>
            <w:tcW w:type="dxa" w:w="7654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 xml:space="preserve">　　　　年　　月　〜　　　　年　　月（　　年　　ヶ月）</w:t>
            </w:r>
          </w:p>
        </w:tc>
      </w:tr>
      <w:tr>
        <w:trPr>
          <w:trHeight w:val="794" w:hRule="exact"/>
        </w:trPr>
        <w:tc>
          <w:tcPr>
            <w:tcW w:type="dxa" w:w="311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会社名1</w:t>
            </w:r>
          </w:p>
        </w:tc>
        <w:tc>
          <w:tcPr>
            <w:tcW w:type="dxa" w:w="7654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 xml:space="preserve">株式会社　　　　　　　　　　　　　　　　</w:t>
            </w:r>
          </w:p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事業内容：　　　　　　／資本金：　　　　／従業員数：　　　名／雇用形態：正社員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268"/>
        <w:gridCol w:w="5103"/>
        <w:gridCol w:w="3402"/>
      </w:tblGrid>
      <w:tr>
        <w:trPr>
          <w:trHeight w:val="454" w:hRule="exact"/>
        </w:trPr>
        <w:tc>
          <w:tcPr>
            <w:tcW w:type="dxa" w:w="226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期間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業務内容</w:t>
            </w:r>
          </w:p>
        </w:tc>
        <w:tc>
          <w:tcPr>
            <w:tcW w:type="dxa" w:w="34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実績・取り組み</w:t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3118"/>
        <w:gridCol w:w="7654"/>
      </w:tblGrid>
      <w:tr>
        <w:trPr>
          <w:trHeight w:val="454" w:hRule="exact"/>
        </w:trPr>
        <w:tc>
          <w:tcPr>
            <w:tcW w:type="dxa" w:w="311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在籍期間</w:t>
            </w:r>
          </w:p>
        </w:tc>
        <w:tc>
          <w:tcPr>
            <w:tcW w:type="dxa" w:w="7654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 xml:space="preserve">　　　　年　　月　〜　　　　年　　月（　　年　　ヶ月）</w:t>
            </w:r>
          </w:p>
        </w:tc>
      </w:tr>
      <w:tr>
        <w:trPr>
          <w:trHeight w:val="794" w:hRule="exact"/>
        </w:trPr>
        <w:tc>
          <w:tcPr>
            <w:tcW w:type="dxa" w:w="311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会社名2</w:t>
            </w:r>
          </w:p>
        </w:tc>
        <w:tc>
          <w:tcPr>
            <w:tcW w:type="dxa" w:w="7654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 xml:space="preserve">株式会社　　　　　　　　　　　　　　　　</w:t>
            </w:r>
          </w:p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事業内容：　　　　　　／資本金：　　　　／従業員数：　　　名／雇用形態：正社員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268"/>
        <w:gridCol w:w="5103"/>
        <w:gridCol w:w="3402"/>
      </w:tblGrid>
      <w:tr>
        <w:trPr>
          <w:trHeight w:val="454" w:hRule="exact"/>
        </w:trPr>
        <w:tc>
          <w:tcPr>
            <w:tcW w:type="dxa" w:w="2268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期間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業務内容</w:t>
            </w:r>
          </w:p>
        </w:tc>
        <w:tc>
          <w:tcPr>
            <w:tcW w:type="dxa" w:w="34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実績・取り組み</w:t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07" w:hRule="exact"/>
        </w:trPr>
        <w:tc>
          <w:tcPr>
            <w:tcW w:type="dxa" w:w="2268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1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340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活かせる経験・知識・技術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124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保有資格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90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自己PR</w:t>
      </w:r>
    </w:p>
    <w:p>
      <w:pPr>
        <w:spacing w:after="40"/>
      </w:pPr>
      <w:r>
        <w:rPr>
          <w:rFonts w:ascii="游ゴシック" w:hAnsi="游ゴシック" w:eastAsia="游ゴシック"/>
          <w:color w:val="666666"/>
          <w:sz w:val="17"/>
        </w:rPr>
        <w:t>実績→そのために何をしたか→応募先でどう活かすか、の順に書くと読み手に伝わります。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2268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