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Hiragino Sans" w:hAnsi="Hiragino Sans" w:eastAsia="Hiragino Sans"/>
          <w:b/>
          <w:color w:val="000000"/>
          <w:sz w:val="40"/>
        </w:rPr>
        <w:t>職務経歴書</w:t>
      </w:r>
    </w:p>
    <w:p>
      <w:pPr>
        <w:spacing w:after="80"/>
      </w:pPr>
      <w:r>
        <w:rPr>
          <w:rFonts w:ascii="Hiragino Sans" w:hAnsi="Hiragino Sans" w:eastAsia="Hiragino Sans"/>
          <w:b w:val="0"/>
          <w:color w:val="000000"/>
          <w:sz w:val="18"/>
        </w:rPr>
        <w:t>介護職</w:t>
      </w:r>
    </w:p>
    <w:p>
      <w:pPr>
        <w:spacing w:after="60"/>
      </w:pPr>
      <w:r>
        <w:rPr>
          <w:rFonts w:ascii="Hiragino Sans" w:hAnsi="Hiragino Sans" w:eastAsia="Hiragino Sans"/>
          <w:b w:val="0"/>
          <w:color w:val="000000"/>
          <w:sz w:val="16"/>
        </w:rPr>
        <w:t>記入例の氏名・会社・案件・経歴・数値はすべて架空です。</w:t>
      </w:r>
    </w:p>
    <w:tbl>
      <w:tblPr>
        <w:tblW w:type="auto" w:w="0"/>
        <w:jc w:val="center"/>
        <w:tblLayout w:type="fixed"/>
        <w:tblLook w:firstColumn="1" w:firstRow="1" w:lastColumn="0" w:lastRow="0" w:noHBand="0" w:noVBand="1" w:val="04A0"/>
        <w:tblLayout w:type="fixed"/>
        <w:tblBorders>
          <w:top w:val="single" w:sz="5" w:color="D9D9D9"/>
          <w:bottom w:val="single" w:sz="5" w:color="D9D9D9"/>
          <w:left w:val="single" w:sz="5" w:color="D9D9D9"/>
          <w:right w:val="single" w:sz="5" w:color="D9D9D9"/>
          <w:insideH w:val="single" w:sz="5" w:color="D9D9D9"/>
          <w:insideV w:val="single" w:sz="5" w:color="D9D9D9"/>
        </w:tblBorders>
        <w:tblCellMar>
          <w:top w:w="60" w:type="dxa"/>
          <w:bottom w:w="60" w:type="dxa"/>
          <w:left w:w="60" w:type="dxa"/>
          <w:right w:w="60" w:type="dxa"/>
        </w:tblCellMar>
      </w:tblPr>
      <w:tblGrid>
        <w:gridCol w:w="1814"/>
        <w:gridCol w:w="8731"/>
      </w:tblGrid>
      <w:tr>
        <w:trPr>
          <w:trHeight w:val="454" w:hRule="atLeast"/>
        </w:trPr>
        <w:tc>
          <w:tcPr>
            <w:tcW w:type="dxa" w:w="1814"/>
            <w:vAlign w:val="center"/>
          </w:tcPr>
          <w:p>
            <w:pPr>
              <w:spacing w:after="0" w:before="0" w:line="280" w:lineRule="exact"/>
            </w:pPr>
            <w:r/>
            <w:r>
              <w:rPr>
                <w:rFonts w:ascii="Hiragino Sans" w:hAnsi="Hiragino Sans" w:eastAsia="Hiragino Sans"/>
                <w:b w:val="0"/>
                <w:color w:val="000000"/>
                <w:sz w:val="21"/>
              </w:rPr>
              <w:t>作成日</w:t>
            </w:r>
          </w:p>
        </w:tc>
        <w:tc>
          <w:tcPr>
            <w:tcW w:type="dxa" w:w="8731"/>
            <w:vAlign w:val="center"/>
          </w:tcPr>
          <w:p>
            <w:pPr>
              <w:spacing w:after="0" w:before="0" w:line="280" w:lineRule="exact"/>
            </w:pPr>
            <w:r/>
            <w:r>
              <w:rPr>
                <w:rFonts w:ascii="Hiragino Sans" w:hAnsi="Hiragino Sans" w:eastAsia="Hiragino Sans"/>
                <w:b w:val="0"/>
                <w:color w:val="000000"/>
                <w:sz w:val="21"/>
              </w:rPr>
              <w:t>2026年11月6日現在</w:t>
            </w:r>
          </w:p>
        </w:tc>
      </w:tr>
      <w:tr>
        <w:trPr>
          <w:trHeight w:val="454" w:hRule="atLeast"/>
        </w:trPr>
        <w:tc>
          <w:tcPr>
            <w:tcW w:type="dxa" w:w="1814"/>
            <w:vAlign w:val="center"/>
          </w:tcPr>
          <w:p>
            <w:pPr>
              <w:spacing w:after="0" w:before="0" w:line="280" w:lineRule="exact"/>
            </w:pPr>
            <w:r/>
            <w:r>
              <w:rPr>
                <w:rFonts w:ascii="Hiragino Sans" w:hAnsi="Hiragino Sans" w:eastAsia="Hiragino Sans"/>
                <w:b w:val="0"/>
                <w:color w:val="000000"/>
                <w:sz w:val="21"/>
              </w:rPr>
              <w:t>氏名</w:t>
            </w:r>
          </w:p>
        </w:tc>
        <w:tc>
          <w:tcPr>
            <w:tcW w:type="dxa" w:w="8731"/>
            <w:vAlign w:val="center"/>
          </w:tcPr>
          <w:p>
            <w:pPr>
              <w:spacing w:after="0" w:before="0" w:line="280" w:lineRule="exact"/>
            </w:pPr>
            <w:r/>
            <w:r>
              <w:rPr>
                <w:rFonts w:ascii="Hiragino Sans" w:hAnsi="Hiragino Sans" w:eastAsia="Hiragino Sans"/>
                <w:b w:val="0"/>
                <w:color w:val="000000"/>
                <w:sz w:val="21"/>
              </w:rPr>
              <w:t>見本 太郎</w:t>
            </w:r>
          </w:p>
        </w:tc>
      </w:tr>
    </w:tbl>
    <w:p>
      <w:pPr>
        <w:keepNext/>
        <w:spacing w:before="80" w:after="40"/>
      </w:pPr>
      <w:r>
        <w:rPr>
          <w:rFonts w:ascii="Hiragino Sans" w:hAnsi="Hiragino Sans" w:eastAsia="Hiragino Sans"/>
          <w:b/>
          <w:color w:val="000000"/>
          <w:sz w:val="22"/>
        </w:rPr>
        <w:t>職務要約</w:t>
      </w:r>
    </w:p>
    <w:tbl>
      <w:tblPr>
        <w:tblW w:type="auto" w:w="0"/>
        <w:jc w:val="center"/>
        <w:tblLayout w:type="fixed"/>
        <w:tblLook w:firstColumn="1" w:firstRow="1" w:lastColumn="0" w:lastRow="0" w:noHBand="0" w:noVBand="1" w:val="04A0"/>
        <w:tblLayout w:type="fixed"/>
        <w:tblBorders>
          <w:top w:val="single" w:sz="5" w:color="D9D9D9"/>
          <w:bottom w:val="single" w:sz="5" w:color="D9D9D9"/>
          <w:left w:val="single" w:sz="5" w:color="D9D9D9"/>
          <w:right w:val="single" w:sz="5" w:color="D9D9D9"/>
          <w:insideH w:val="single" w:sz="5" w:color="D9D9D9"/>
          <w:insideV w:val="single" w:sz="5" w:color="D9D9D9"/>
        </w:tblBorders>
        <w:tblCellMar>
          <w:top w:w="60" w:type="dxa"/>
          <w:bottom w:w="60" w:type="dxa"/>
          <w:left w:w="60" w:type="dxa"/>
          <w:right w:w="60" w:type="dxa"/>
        </w:tblCellMar>
      </w:tblPr>
      <w:tblGrid>
        <w:gridCol w:w="10545"/>
      </w:tblGrid>
      <w:tr>
        <w:trPr>
          <w:trHeight w:val="1417" w:hRule="atLeast"/>
        </w:trPr>
        <w:tc>
          <w:tcPr>
            <w:tcW w:type="dxa" w:w="10545"/>
            <w:vAlign w:val="center"/>
          </w:tcPr>
          <w:p>
            <w:pPr>
              <w:spacing w:after="0" w:before="0" w:line="280" w:lineRule="exact"/>
            </w:pPr>
            <w:r/>
            <w:r>
              <w:rPr>
                <w:rFonts w:ascii="Hiragino Sans" w:hAnsi="Hiragino Sans" w:eastAsia="Hiragino Sans"/>
                <w:b w:val="0"/>
                <w:color w:val="000000"/>
                <w:sz w:val="21"/>
              </w:rPr>
              <w:t>見本ケア株式会社の通所介護事業所で4年間、介護職として勤務しました。食事、入浴、排せつ、移動の介助と介護記録を担当しました。利用者の様子を職員間で共有し、新任職員への手順説明にも携わりました。</w:t>
            </w:r>
          </w:p>
        </w:tc>
      </w:tr>
    </w:tbl>
    <w:p>
      <w:pPr>
        <w:keepNext/>
        <w:spacing w:before="100" w:after="40"/>
      </w:pPr>
      <w:r>
        <w:rPr>
          <w:rFonts w:ascii="Hiragino Sans" w:hAnsi="Hiragino Sans" w:eastAsia="Hiragino Sans"/>
          <w:b/>
          <w:color w:val="000000"/>
          <w:sz w:val="22"/>
        </w:rPr>
        <w:t>職務経歴</w:t>
      </w:r>
    </w:p>
    <w:tbl>
      <w:tblPr>
        <w:tblW w:type="auto" w:w="0"/>
        <w:jc w:val="center"/>
        <w:tblLayout w:type="fixed"/>
        <w:tblLook w:firstColumn="1" w:firstRow="1" w:lastColumn="0" w:lastRow="0" w:noHBand="0" w:noVBand="1" w:val="04A0"/>
        <w:tblLayout w:type="fixed"/>
        <w:tblBorders>
          <w:top w:val="single" w:sz="5" w:color="D9D9D9"/>
          <w:bottom w:val="single" w:sz="5" w:color="D9D9D9"/>
          <w:left w:val="single" w:sz="5" w:color="D9D9D9"/>
          <w:right w:val="single" w:sz="5" w:color="D9D9D9"/>
          <w:insideH w:val="single" w:sz="5" w:color="D9D9D9"/>
          <w:insideV w:val="single" w:sz="5" w:color="D9D9D9"/>
        </w:tblBorders>
        <w:tblCellMar>
          <w:top w:w="60" w:type="dxa"/>
          <w:bottom w:w="60" w:type="dxa"/>
          <w:left w:w="60" w:type="dxa"/>
          <w:right w:w="60" w:type="dxa"/>
        </w:tblCellMar>
      </w:tblPr>
      <w:tblGrid>
        <w:gridCol w:w="1814"/>
        <w:gridCol w:w="8731"/>
      </w:tblGrid>
      <w:tr>
        <w:trPr>
          <w:trHeight w:val="454" w:hRule="atLeast"/>
        </w:trPr>
        <w:tc>
          <w:tcPr>
            <w:tcW w:type="dxa" w:w="1814"/>
            <w:vAlign w:val="center"/>
          </w:tcPr>
          <w:p>
            <w:pPr>
              <w:spacing w:after="0" w:before="0" w:line="280" w:lineRule="exact"/>
            </w:pPr>
            <w:r/>
            <w:r>
              <w:rPr>
                <w:rFonts w:ascii="Hiragino Sans" w:hAnsi="Hiragino Sans" w:eastAsia="Hiragino Sans"/>
                <w:b w:val="0"/>
                <w:color w:val="000000"/>
                <w:sz w:val="21"/>
              </w:rPr>
              <w:t>在籍期間</w:t>
            </w:r>
          </w:p>
        </w:tc>
        <w:tc>
          <w:tcPr>
            <w:tcW w:type="dxa" w:w="8731"/>
            <w:vAlign w:val="center"/>
          </w:tcPr>
          <w:p>
            <w:pPr>
              <w:spacing w:after="0" w:before="0" w:line="280" w:lineRule="exact"/>
            </w:pPr>
            <w:r/>
            <w:r>
              <w:rPr>
                <w:rFonts w:ascii="Hiragino Sans" w:hAnsi="Hiragino Sans" w:eastAsia="Hiragino Sans"/>
                <w:b w:val="0"/>
                <w:color w:val="000000"/>
                <w:sz w:val="21"/>
              </w:rPr>
              <w:t>2022年4月～2026年3月</w:t>
            </w:r>
          </w:p>
        </w:tc>
      </w:tr>
      <w:tr>
        <w:trPr>
          <w:trHeight w:val="454" w:hRule="atLeast"/>
        </w:trPr>
        <w:tc>
          <w:tcPr>
            <w:tcW w:type="dxa" w:w="1814"/>
            <w:vAlign w:val="center"/>
          </w:tcPr>
          <w:p>
            <w:pPr>
              <w:spacing w:after="0" w:before="0" w:line="280" w:lineRule="exact"/>
            </w:pPr>
            <w:r/>
            <w:r>
              <w:rPr>
                <w:rFonts w:ascii="Hiragino Sans" w:hAnsi="Hiragino Sans" w:eastAsia="Hiragino Sans"/>
                <w:b w:val="0"/>
                <w:color w:val="000000"/>
                <w:sz w:val="21"/>
              </w:rPr>
              <w:t>会社名・事業所名</w:t>
            </w:r>
          </w:p>
        </w:tc>
        <w:tc>
          <w:tcPr>
            <w:tcW w:type="dxa" w:w="8731"/>
            <w:vAlign w:val="center"/>
          </w:tcPr>
          <w:p>
            <w:pPr>
              <w:spacing w:after="0" w:before="0" w:line="280" w:lineRule="exact"/>
            </w:pPr>
            <w:r/>
            <w:r>
              <w:rPr>
                <w:rFonts w:ascii="Hiragino Sans" w:hAnsi="Hiragino Sans" w:eastAsia="Hiragino Sans"/>
                <w:b w:val="0"/>
                <w:color w:val="000000"/>
                <w:sz w:val="21"/>
              </w:rPr>
              <w:t>見本ケア株式会社　見本デイサービス</w:t>
            </w:r>
          </w:p>
        </w:tc>
      </w:tr>
      <w:tr>
        <w:trPr>
          <w:trHeight w:val="454" w:hRule="atLeast"/>
        </w:trPr>
        <w:tc>
          <w:tcPr>
            <w:tcW w:type="dxa" w:w="1814"/>
            <w:vAlign w:val="center"/>
          </w:tcPr>
          <w:p>
            <w:pPr>
              <w:spacing w:after="0" w:before="0" w:line="280" w:lineRule="exact"/>
            </w:pPr>
            <w:r/>
            <w:r>
              <w:rPr>
                <w:rFonts w:ascii="Hiragino Sans" w:hAnsi="Hiragino Sans" w:eastAsia="Hiragino Sans"/>
                <w:b w:val="0"/>
                <w:color w:val="000000"/>
                <w:sz w:val="21"/>
              </w:rPr>
              <w:t>事業内容</w:t>
            </w:r>
          </w:p>
        </w:tc>
        <w:tc>
          <w:tcPr>
            <w:tcW w:type="dxa" w:w="8731"/>
            <w:vAlign w:val="center"/>
          </w:tcPr>
          <w:p>
            <w:pPr>
              <w:spacing w:after="0" w:before="0" w:line="280" w:lineRule="exact"/>
            </w:pPr>
            <w:r/>
            <w:r>
              <w:rPr>
                <w:rFonts w:ascii="Hiragino Sans" w:hAnsi="Hiragino Sans" w:eastAsia="Hiragino Sans"/>
                <w:b w:val="0"/>
                <w:color w:val="000000"/>
                <w:sz w:val="21"/>
              </w:rPr>
              <w:t>通所介護サービスの運営</w:t>
            </w:r>
          </w:p>
        </w:tc>
      </w:tr>
      <w:tr>
        <w:trPr>
          <w:trHeight w:val="454" w:hRule="atLeast"/>
        </w:trPr>
        <w:tc>
          <w:tcPr>
            <w:tcW w:type="dxa" w:w="1814"/>
            <w:vAlign w:val="center"/>
          </w:tcPr>
          <w:p>
            <w:pPr>
              <w:spacing w:after="0" w:before="0" w:line="280" w:lineRule="exact"/>
            </w:pPr>
            <w:r/>
            <w:r>
              <w:rPr>
                <w:rFonts w:ascii="Hiragino Sans" w:hAnsi="Hiragino Sans" w:eastAsia="Hiragino Sans"/>
                <w:b w:val="0"/>
                <w:color w:val="000000"/>
                <w:sz w:val="21"/>
              </w:rPr>
              <w:t>雇用形態・役割</w:t>
            </w:r>
          </w:p>
        </w:tc>
        <w:tc>
          <w:tcPr>
            <w:tcW w:type="dxa" w:w="8731"/>
            <w:vAlign w:val="center"/>
          </w:tcPr>
          <w:p>
            <w:pPr>
              <w:spacing w:after="0" w:before="0" w:line="280" w:lineRule="exact"/>
            </w:pPr>
            <w:r/>
            <w:r>
              <w:rPr>
                <w:rFonts w:ascii="Hiragino Sans" w:hAnsi="Hiragino Sans" w:eastAsia="Hiragino Sans"/>
                <w:b w:val="0"/>
                <w:color w:val="000000"/>
                <w:sz w:val="21"/>
              </w:rPr>
              <w:t>正社員　介護職員　日勤</w:t>
            </w:r>
          </w:p>
        </w:tc>
      </w:tr>
      <w:tr>
        <w:trPr>
          <w:trHeight w:val="1644" w:hRule="atLeast"/>
        </w:trPr>
        <w:tc>
          <w:tcPr>
            <w:tcW w:type="dxa" w:w="1814"/>
            <w:vAlign w:val="center"/>
          </w:tcPr>
          <w:p>
            <w:pPr>
              <w:spacing w:after="0" w:before="0" w:line="280" w:lineRule="exact"/>
            </w:pPr>
            <w:r/>
            <w:r>
              <w:rPr>
                <w:rFonts w:ascii="Hiragino Sans" w:hAnsi="Hiragino Sans" w:eastAsia="Hiragino Sans"/>
                <w:b w:val="0"/>
                <w:color w:val="000000"/>
                <w:sz w:val="21"/>
              </w:rPr>
              <w:t>サービス形態・担当範囲</w:t>
            </w:r>
          </w:p>
        </w:tc>
        <w:tc>
          <w:tcPr>
            <w:tcW w:type="dxa" w:w="8731"/>
            <w:vAlign w:val="center"/>
          </w:tcPr>
          <w:p>
            <w:pPr>
              <w:spacing w:after="0" w:before="0" w:line="280" w:lineRule="exact"/>
            </w:pPr>
            <w:r/>
            <w:r>
              <w:rPr>
                <w:rFonts w:ascii="Hiragino Sans" w:hAnsi="Hiragino Sans" w:eastAsia="Hiragino Sans"/>
                <w:b w:val="0"/>
                <w:color w:val="000000"/>
                <w:sz w:val="21"/>
              </w:rPr>
              <w:t>サービス　通所介護</w:t>
            </w:r>
          </w:p>
          <w:p>
            <w:pPr>
              <w:spacing w:after="0" w:line="280" w:lineRule="exact"/>
            </w:pPr>
            <w:r>
              <w:rPr>
                <w:rFonts w:ascii="Hiragino Sans" w:hAnsi="Hiragino Sans" w:eastAsia="Hiragino Sans"/>
                <w:b w:val="0"/>
                <w:color w:val="000000"/>
                <w:sz w:val="21"/>
              </w:rPr>
              <w:t>担当　食事、入浴、排せつ、移動の介助</w:t>
            </w:r>
          </w:p>
          <w:p>
            <w:pPr>
              <w:spacing w:after="0" w:line="280" w:lineRule="exact"/>
            </w:pPr>
            <w:r>
              <w:rPr>
                <w:rFonts w:ascii="Hiragino Sans" w:hAnsi="Hiragino Sans" w:eastAsia="Hiragino Sans"/>
                <w:b w:val="0"/>
                <w:color w:val="000000"/>
                <w:sz w:val="21"/>
              </w:rPr>
              <w:t>記録　介護記録の入力、職員間の申し送り</w:t>
            </w:r>
          </w:p>
          <w:p>
            <w:pPr>
              <w:spacing w:after="0" w:line="280" w:lineRule="exact"/>
            </w:pPr>
            <w:r>
              <w:rPr>
                <w:rFonts w:ascii="Hiragino Sans" w:hAnsi="Hiragino Sans" w:eastAsia="Hiragino Sans"/>
                <w:b w:val="0"/>
                <w:color w:val="000000"/>
                <w:sz w:val="21"/>
              </w:rPr>
              <w:t>役割　介護職員、新任職員への手順説明</w:t>
            </w:r>
          </w:p>
        </w:tc>
      </w:tr>
    </w:tbl>
    <w:p>
      <w:pPr>
        <w:keepNext/>
        <w:spacing w:before="80" w:after="40"/>
      </w:pPr>
      <w:r>
        <w:rPr>
          <w:rFonts w:ascii="Hiragino Sans" w:hAnsi="Hiragino Sans" w:eastAsia="Hiragino Sans"/>
          <w:b/>
          <w:color w:val="000000"/>
          <w:sz w:val="22"/>
        </w:rPr>
        <w:t>担当業務</w:t>
      </w:r>
    </w:p>
    <w:tbl>
      <w:tblPr>
        <w:tblW w:type="auto" w:w="0"/>
        <w:jc w:val="center"/>
        <w:tblLayout w:type="fixed"/>
        <w:tblLook w:firstColumn="1" w:firstRow="1" w:lastColumn="0" w:lastRow="0" w:noHBand="0" w:noVBand="1" w:val="04A0"/>
        <w:tblLayout w:type="fixed"/>
        <w:tblBorders>
          <w:top w:val="single" w:sz="5" w:color="D9D9D9"/>
          <w:bottom w:val="single" w:sz="5" w:color="D9D9D9"/>
          <w:left w:val="single" w:sz="5" w:color="D9D9D9"/>
          <w:right w:val="single" w:sz="5" w:color="D9D9D9"/>
          <w:insideH w:val="single" w:sz="5" w:color="D9D9D9"/>
          <w:insideV w:val="single" w:sz="5" w:color="D9D9D9"/>
        </w:tblBorders>
        <w:tblCellMar>
          <w:top w:w="60" w:type="dxa"/>
          <w:bottom w:w="60" w:type="dxa"/>
          <w:left w:w="60" w:type="dxa"/>
          <w:right w:w="60" w:type="dxa"/>
        </w:tblCellMar>
      </w:tblPr>
      <w:tblGrid>
        <w:gridCol w:w="10545"/>
      </w:tblGrid>
      <w:tr>
        <w:trPr>
          <w:trHeight w:val="1701" w:hRule="atLeast"/>
        </w:trPr>
        <w:tc>
          <w:tcPr>
            <w:tcW w:type="dxa" w:w="10545"/>
            <w:vAlign w:val="center"/>
          </w:tcPr>
          <w:p>
            <w:pPr>
              <w:spacing w:after="0" w:before="0" w:line="280" w:lineRule="exact"/>
            </w:pPr>
            <w:r/>
            <w:r>
              <w:rPr>
                <w:rFonts w:ascii="Hiragino Sans" w:hAnsi="Hiragino Sans" w:eastAsia="Hiragino Sans"/>
                <w:b w:val="0"/>
                <w:color w:val="000000"/>
                <w:sz w:val="21"/>
              </w:rPr>
              <w:t>介護計画と当日の体調を確認し、事業所の手順に沿って介助しました。普段との違いに気づいた場合は看護職員や責任者に報告しました。介助後は実施内容と気づいた点を記録し、次の担当者へ申し送りました。</w:t>
            </w:r>
          </w:p>
        </w:tc>
      </w:tr>
    </w:tbl>
    <w:p>
      <w:pPr>
        <w:keepNext/>
        <w:spacing w:before="80" w:after="40"/>
      </w:pPr>
      <w:r>
        <w:rPr>
          <w:rFonts w:ascii="Hiragino Sans" w:hAnsi="Hiragino Sans" w:eastAsia="Hiragino Sans"/>
          <w:b/>
          <w:color w:val="000000"/>
          <w:sz w:val="22"/>
        </w:rPr>
        <w:t>連携・手順の見直し</w:t>
      </w:r>
    </w:p>
    <w:tbl>
      <w:tblPr>
        <w:tblW w:type="auto" w:w="0"/>
        <w:jc w:val="center"/>
        <w:tblLayout w:type="fixed"/>
        <w:tblLook w:firstColumn="1" w:firstRow="1" w:lastColumn="0" w:lastRow="0" w:noHBand="0" w:noVBand="1" w:val="04A0"/>
        <w:tblLayout w:type="fixed"/>
        <w:tblBorders>
          <w:top w:val="single" w:sz="5" w:color="D9D9D9"/>
          <w:bottom w:val="single" w:sz="5" w:color="D9D9D9"/>
          <w:left w:val="single" w:sz="5" w:color="D9D9D9"/>
          <w:right w:val="single" w:sz="5" w:color="D9D9D9"/>
          <w:insideH w:val="single" w:sz="5" w:color="D9D9D9"/>
          <w:insideV w:val="single" w:sz="5" w:color="D9D9D9"/>
        </w:tblBorders>
        <w:tblCellMar>
          <w:top w:w="60" w:type="dxa"/>
          <w:bottom w:w="60" w:type="dxa"/>
          <w:left w:w="60" w:type="dxa"/>
          <w:right w:w="60" w:type="dxa"/>
        </w:tblCellMar>
      </w:tblPr>
      <w:tblGrid>
        <w:gridCol w:w="10545"/>
      </w:tblGrid>
      <w:tr>
        <w:trPr>
          <w:trHeight w:val="2041" w:hRule="atLeast"/>
        </w:trPr>
        <w:tc>
          <w:tcPr>
            <w:tcW w:type="dxa" w:w="10545"/>
            <w:vAlign w:val="center"/>
          </w:tcPr>
          <w:p>
            <w:pPr>
              <w:spacing w:after="0" w:before="0" w:line="280" w:lineRule="exact"/>
            </w:pPr>
            <w:r/>
            <w:r>
              <w:rPr>
                <w:rFonts w:ascii="Hiragino Sans" w:hAnsi="Hiragino Sans" w:eastAsia="Hiragino Sans"/>
                <w:b w:val="0"/>
                <w:color w:val="000000"/>
                <w:sz w:val="21"/>
              </w:rPr>
              <w:t>申し送りで確認する項目を職員間で整理し、移動時の注意点と当日の体調変化を記録するようにしました。新任職員には記録画面を一緒に確認し、記載の不足があれば担当職員へ相談する手順を説明しました。事故件数などの変化は検証していないため、成果として数値を挙げていません。</w:t>
            </w:r>
          </w:p>
        </w:tc>
      </w:tr>
    </w:tbl>
    <w:p>
      <w:r>
        <w:br w:type="page"/>
      </w:r>
    </w:p>
    <w:p>
      <w:pPr>
        <w:pStyle w:val="Title"/>
        <w:spacing w:after="40"/>
      </w:pPr>
      <w:r>
        <w:rPr>
          <w:rFonts w:ascii="Hiragino Sans" w:hAnsi="Hiragino Sans" w:eastAsia="Hiragino Sans"/>
          <w:b/>
          <w:color w:val="000000"/>
          <w:sz w:val="40"/>
        </w:rPr>
        <w:t>職務経歴書</w:t>
      </w:r>
    </w:p>
    <w:p>
      <w:pPr>
        <w:spacing w:after="80"/>
      </w:pPr>
      <w:r>
        <w:rPr>
          <w:rFonts w:ascii="Hiragino Sans" w:hAnsi="Hiragino Sans" w:eastAsia="Hiragino Sans"/>
          <w:b w:val="0"/>
          <w:color w:val="000000"/>
          <w:sz w:val="18"/>
        </w:rPr>
        <w:t>介護職　2枚目</w:t>
      </w:r>
    </w:p>
    <w:p>
      <w:pPr>
        <w:spacing w:after="60"/>
      </w:pPr>
      <w:r>
        <w:rPr>
          <w:rFonts w:ascii="Hiragino Sans" w:hAnsi="Hiragino Sans" w:eastAsia="Hiragino Sans"/>
          <w:b w:val="0"/>
          <w:color w:val="000000"/>
          <w:sz w:val="16"/>
        </w:rPr>
        <w:t>記入例の氏名・会社・案件・経歴・数値はすべて架空です。</w:t>
      </w:r>
    </w:p>
    <w:p>
      <w:pPr>
        <w:keepNext/>
        <w:spacing w:before="80" w:after="40"/>
      </w:pPr>
      <w:r>
        <w:rPr>
          <w:rFonts w:ascii="Hiragino Sans" w:hAnsi="Hiragino Sans" w:eastAsia="Hiragino Sans"/>
          <w:b/>
          <w:color w:val="000000"/>
          <w:sz w:val="22"/>
        </w:rPr>
        <w:t>生かせる経験・スキル</w:t>
      </w:r>
    </w:p>
    <w:tbl>
      <w:tblPr>
        <w:tblW w:type="auto" w:w="0"/>
        <w:jc w:val="center"/>
        <w:tblLayout w:type="fixed"/>
        <w:tblLook w:firstColumn="1" w:firstRow="1" w:lastColumn="0" w:lastRow="0" w:noHBand="0" w:noVBand="1" w:val="04A0"/>
        <w:tblLayout w:type="fixed"/>
        <w:tblBorders>
          <w:top w:val="single" w:sz="5" w:color="D9D9D9"/>
          <w:bottom w:val="single" w:sz="5" w:color="D9D9D9"/>
          <w:left w:val="single" w:sz="5" w:color="D9D9D9"/>
          <w:right w:val="single" w:sz="5" w:color="D9D9D9"/>
          <w:insideH w:val="single" w:sz="5" w:color="D9D9D9"/>
          <w:insideV w:val="single" w:sz="5" w:color="D9D9D9"/>
        </w:tblBorders>
        <w:tblCellMar>
          <w:top w:w="60" w:type="dxa"/>
          <w:bottom w:w="60" w:type="dxa"/>
          <w:left w:w="60" w:type="dxa"/>
          <w:right w:w="60" w:type="dxa"/>
        </w:tblCellMar>
      </w:tblPr>
      <w:tblGrid>
        <w:gridCol w:w="10545"/>
      </w:tblGrid>
      <w:tr>
        <w:trPr>
          <w:trHeight w:val="2891" w:hRule="atLeast"/>
        </w:trPr>
        <w:tc>
          <w:tcPr>
            <w:tcW w:type="dxa" w:w="10545"/>
            <w:vAlign w:val="center"/>
          </w:tcPr>
          <w:p>
            <w:pPr>
              <w:spacing w:after="0" w:before="0" w:line="280" w:lineRule="exact"/>
            </w:pPr>
            <w:r/>
            <w:r>
              <w:rPr>
                <w:rFonts w:ascii="Hiragino Sans" w:hAnsi="Hiragino Sans" w:eastAsia="Hiragino Sans"/>
                <w:b w:val="0"/>
                <w:color w:val="000000"/>
                <w:sz w:val="21"/>
              </w:rPr>
              <w:t>事業所の手順に沿った食事、入浴、排せつ、移動の介助</w:t>
            </w:r>
          </w:p>
          <w:p>
            <w:pPr>
              <w:spacing w:after="0" w:line="280" w:lineRule="exact"/>
            </w:pPr>
            <w:r>
              <w:rPr>
                <w:rFonts w:ascii="Hiragino Sans" w:hAnsi="Hiragino Sans" w:eastAsia="Hiragino Sans"/>
                <w:b w:val="0"/>
                <w:color w:val="000000"/>
                <w:sz w:val="21"/>
              </w:rPr>
              <w:t>介護記録の入力、申し送り</w:t>
            </w:r>
          </w:p>
          <w:p>
            <w:pPr>
              <w:spacing w:after="0" w:line="280" w:lineRule="exact"/>
            </w:pPr>
            <w:r>
              <w:rPr>
                <w:rFonts w:ascii="Hiragino Sans" w:hAnsi="Hiragino Sans" w:eastAsia="Hiragino Sans"/>
                <w:b w:val="0"/>
                <w:color w:val="000000"/>
                <w:sz w:val="21"/>
              </w:rPr>
              <w:t>看護職員、生活相談員、責任者への報告と相談</w:t>
            </w:r>
          </w:p>
          <w:p>
            <w:pPr>
              <w:spacing w:after="0" w:line="280" w:lineRule="exact"/>
            </w:pPr>
            <w:r>
              <w:rPr>
                <w:rFonts w:ascii="Hiragino Sans" w:hAnsi="Hiragino Sans" w:eastAsia="Hiragino Sans"/>
                <w:b w:val="0"/>
                <w:color w:val="000000"/>
                <w:sz w:val="21"/>
              </w:rPr>
              <w:t>レクリエーションの準備と実施補助</w:t>
            </w:r>
          </w:p>
        </w:tc>
      </w:tr>
    </w:tbl>
    <w:p>
      <w:pPr>
        <w:keepNext/>
        <w:spacing w:before="80" w:after="40"/>
      </w:pPr>
      <w:r>
        <w:rPr>
          <w:rFonts w:ascii="Hiragino Sans" w:hAnsi="Hiragino Sans" w:eastAsia="Hiragino Sans"/>
          <w:b/>
          <w:color w:val="000000"/>
          <w:sz w:val="22"/>
        </w:rPr>
        <w:t>免許・資格</w:t>
      </w:r>
    </w:p>
    <w:tbl>
      <w:tblPr>
        <w:tblW w:type="auto" w:w="0"/>
        <w:jc w:val="center"/>
        <w:tblLayout w:type="fixed"/>
        <w:tblLook w:firstColumn="1" w:firstRow="1" w:lastColumn="0" w:lastRow="0" w:noHBand="0" w:noVBand="1" w:val="04A0"/>
        <w:tblLayout w:type="fixed"/>
        <w:tblBorders>
          <w:top w:val="single" w:sz="5" w:color="D9D9D9"/>
          <w:bottom w:val="single" w:sz="5" w:color="D9D9D9"/>
          <w:left w:val="single" w:sz="5" w:color="D9D9D9"/>
          <w:right w:val="single" w:sz="5" w:color="D9D9D9"/>
          <w:insideH w:val="single" w:sz="5" w:color="D9D9D9"/>
          <w:insideV w:val="single" w:sz="5" w:color="D9D9D9"/>
        </w:tblBorders>
        <w:tblCellMar>
          <w:top w:w="60" w:type="dxa"/>
          <w:bottom w:w="60" w:type="dxa"/>
          <w:left w:w="60" w:type="dxa"/>
          <w:right w:w="60" w:type="dxa"/>
        </w:tblCellMar>
      </w:tblPr>
      <w:tblGrid>
        <w:gridCol w:w="10545"/>
      </w:tblGrid>
      <w:tr>
        <w:trPr>
          <w:trHeight w:val="1587" w:hRule="atLeast"/>
        </w:trPr>
        <w:tc>
          <w:tcPr>
            <w:tcW w:type="dxa" w:w="10545"/>
            <w:vAlign w:val="center"/>
          </w:tcPr>
          <w:p>
            <w:pPr>
              <w:spacing w:after="0" w:before="0" w:line="280" w:lineRule="exact"/>
            </w:pPr>
            <w:r/>
            <w:r>
              <w:rPr>
                <w:rFonts w:ascii="Hiragino Sans" w:hAnsi="Hiragino Sans" w:eastAsia="Hiragino Sans"/>
                <w:b w:val="0"/>
                <w:color w:val="000000"/>
                <w:sz w:val="21"/>
              </w:rPr>
              <w:t>2021年12月　介護職員初任者研修 修了</w:t>
            </w:r>
          </w:p>
          <w:p>
            <w:pPr>
              <w:spacing w:after="0" w:line="280" w:lineRule="exact"/>
            </w:pPr>
            <w:r>
              <w:rPr>
                <w:rFonts w:ascii="Hiragino Sans" w:hAnsi="Hiragino Sans" w:eastAsia="Hiragino Sans"/>
                <w:b w:val="0"/>
                <w:color w:val="000000"/>
                <w:sz w:val="21"/>
              </w:rPr>
              <w:t>2025年3月　介護福祉士 登録</w:t>
            </w:r>
          </w:p>
        </w:tc>
      </w:tr>
    </w:tbl>
    <w:p>
      <w:pPr>
        <w:keepNext/>
        <w:spacing w:before="80" w:after="40"/>
      </w:pPr>
      <w:r>
        <w:rPr>
          <w:rFonts w:ascii="Hiragino Sans" w:hAnsi="Hiragino Sans" w:eastAsia="Hiragino Sans"/>
          <w:b/>
          <w:color w:val="000000"/>
          <w:sz w:val="22"/>
        </w:rPr>
        <w:t>自己PR</w:t>
      </w:r>
    </w:p>
    <w:tbl>
      <w:tblPr>
        <w:tblW w:type="auto" w:w="0"/>
        <w:jc w:val="center"/>
        <w:tblLayout w:type="fixed"/>
        <w:tblLook w:firstColumn="1" w:firstRow="1" w:lastColumn="0" w:lastRow="0" w:noHBand="0" w:noVBand="1" w:val="04A0"/>
        <w:tblLayout w:type="fixed"/>
        <w:tblBorders>
          <w:top w:val="single" w:sz="5" w:color="D9D9D9"/>
          <w:bottom w:val="single" w:sz="5" w:color="D9D9D9"/>
          <w:left w:val="single" w:sz="5" w:color="D9D9D9"/>
          <w:right w:val="single" w:sz="5" w:color="D9D9D9"/>
          <w:insideH w:val="single" w:sz="5" w:color="D9D9D9"/>
          <w:insideV w:val="single" w:sz="5" w:color="D9D9D9"/>
        </w:tblBorders>
        <w:tblCellMar>
          <w:top w:w="60" w:type="dxa"/>
          <w:bottom w:w="60" w:type="dxa"/>
          <w:left w:w="60" w:type="dxa"/>
          <w:right w:w="60" w:type="dxa"/>
        </w:tblCellMar>
      </w:tblPr>
      <w:tblGrid>
        <w:gridCol w:w="10545"/>
      </w:tblGrid>
      <w:tr>
        <w:trPr>
          <w:trHeight w:val="4139" w:hRule="atLeast"/>
        </w:trPr>
        <w:tc>
          <w:tcPr>
            <w:tcW w:type="dxa" w:w="10545"/>
            <w:vAlign w:val="center"/>
          </w:tcPr>
          <w:p>
            <w:pPr>
              <w:spacing w:after="0" w:before="0" w:line="280" w:lineRule="exact"/>
            </w:pPr>
            <w:r/>
            <w:r>
              <w:rPr>
                <w:rFonts w:ascii="Hiragino Sans" w:hAnsi="Hiragino Sans" w:eastAsia="Hiragino Sans"/>
                <w:b w:val="0"/>
                <w:color w:val="000000"/>
                <w:sz w:val="21"/>
              </w:rPr>
              <w:t>介助の前後に利用者の様子を確認し、普段との違いを職員へ伝えてきました。申し送りでは見たことと本人から聞いたことを分けて記録しています。経験した手順でも一人で判断せず、介護計画や当日の体調に照らして責任者へ相談することを心がけています。</w:t>
            </w:r>
          </w:p>
        </w:tc>
      </w:tr>
    </w:tbl>
    <w:p>
      <w:pPr>
        <w:spacing w:before="100"/>
      </w:pPr>
      <w:r>
        <w:rPr>
          <w:rFonts w:ascii="Hiragino Sans" w:hAnsi="Hiragino Sans" w:eastAsia="Hiragino Sans"/>
          <w:b w:val="0"/>
          <w:color w:val="000000"/>
          <w:sz w:val="16"/>
        </w:rPr>
        <w:t>見本は自分の記録に置き換え、経験していない業務や確認できない数字は削除してください。</w:t>
      </w:r>
    </w:p>
    <w:sectPr w:rsidR="00FC693F" w:rsidRPr="0006063C" w:rsidSect="00034616">
      <w:pgSz w:w="11906" w:h="16838"/>
      <w:pgMar w:top="680" w:right="680" w:bottom="680"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80" w:lineRule="exact"/>
    </w:pPr>
    <w:rPr>
      <w:rFonts w:ascii="Hiragino Sans" w:hAnsi="Hiragino Sans" w:eastAsia="Hiragino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280" w:lineRule="exact"/>
      <w:outlineLvl w:val="0"/>
    </w:pPr>
    <w:rPr>
      <w:rFonts w:asciiTheme="majorHAnsi" w:eastAsiaTheme="majorEastAsia" w:hAnsiTheme="majorHAnsi" w:cstheme="majorBidi" w:ascii="Hiragino Sans" w:hAnsi="Hiragino Sans" w:eastAsia="Hiragino Sans"/>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0" w:after="0" w:line="280" w:lineRule="exact"/>
      <w:outlineLvl w:val="1"/>
    </w:pPr>
    <w:rPr>
      <w:rFonts w:asciiTheme="majorHAnsi" w:eastAsiaTheme="majorEastAsia" w:hAnsiTheme="majorHAnsi" w:cstheme="majorBidi" w:ascii="Hiragino Sans" w:hAnsi="Hiragino Sans" w:eastAsia="Hiragino Sans"/>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240" w:lineRule="auto" w:before="0"/>
      <w:contextualSpacing/>
    </w:pPr>
    <w:rPr>
      <w:rFonts w:asciiTheme="majorHAnsi" w:eastAsiaTheme="majorEastAsia" w:hAnsiTheme="majorHAnsi" w:cstheme="majorBidi" w:ascii="Hiragino Sans" w:hAnsi="Hiragino Sans" w:eastAsia="Hiragino Sans"/>
      <w:color w:val="000000"/>
      <w:spacing w:val="5"/>
      <w:kern w:val="28"/>
      <w:sz w:val="21"/>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