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rPr>
          <w:rFonts w:ascii="Hiragino Sans" w:hAnsi="Hiragino Sans" w:eastAsia="Hiragino Sans"/>
          <w:b/>
          <w:color w:val="000000"/>
          <w:sz w:val="40"/>
        </w:rPr>
        <w:t>職務経歴書</w:t>
      </w:r>
    </w:p>
    <w:p>
      <w:pPr>
        <w:spacing w:after="80"/>
      </w:pPr>
      <w:r>
        <w:rPr>
          <w:rFonts w:ascii="Hiragino Sans" w:hAnsi="Hiragino Sans" w:eastAsia="Hiragino Sans"/>
          <w:b w:val="0"/>
          <w:color w:val="000000"/>
          <w:sz w:val="18"/>
        </w:rPr>
        <w:t>介護職</w:t>
      </w:r>
    </w:p>
    <w:p>
      <w:pPr>
        <w:spacing w:after="60"/>
      </w:pPr>
      <w:r>
        <w:rPr>
          <w:rFonts w:ascii="Hiragino Sans" w:hAnsi="Hiragino Sans" w:eastAsia="Hiragino Sans"/>
          <w:b w:val="0"/>
          <w:color w:val="000000"/>
          <w:sz w:val="16"/>
        </w:rPr>
        <w:t>自分の担当業務・期間・資格を確認して記入してください。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814"/>
        <w:gridCol w:w="8731"/>
      </w:tblGrid>
      <w:tr>
        <w:trPr>
          <w:trHeight w:val="454" w:hRule="atLeast"/>
        </w:trPr>
        <w:tc>
          <w:tcPr>
            <w:tcW w:type="dxa" w:w="181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作成日</w:t>
            </w:r>
          </w:p>
        </w:tc>
        <w:tc>
          <w:tcPr>
            <w:tcW w:type="dxa" w:w="873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454" w:hRule="atLeast"/>
        </w:trPr>
        <w:tc>
          <w:tcPr>
            <w:tcW w:type="dxa" w:w="181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氏名</w:t>
            </w:r>
          </w:p>
        </w:tc>
        <w:tc>
          <w:tcPr>
            <w:tcW w:type="dxa" w:w="873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職務要約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1417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pPr>
        <w:keepNext/>
        <w:spacing w:before="100" w:after="40"/>
      </w:pPr>
      <w:r>
        <w:rPr>
          <w:rFonts w:ascii="Hiragino Sans" w:hAnsi="Hiragino Sans" w:eastAsia="Hiragino Sans"/>
          <w:b/>
          <w:color w:val="000000"/>
          <w:sz w:val="22"/>
        </w:rPr>
        <w:t>職務経歴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814"/>
        <w:gridCol w:w="8731"/>
      </w:tblGrid>
      <w:tr>
        <w:trPr>
          <w:trHeight w:val="454" w:hRule="atLeast"/>
        </w:trPr>
        <w:tc>
          <w:tcPr>
            <w:tcW w:type="dxa" w:w="181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在籍期間</w:t>
            </w:r>
          </w:p>
        </w:tc>
        <w:tc>
          <w:tcPr>
            <w:tcW w:type="dxa" w:w="873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454" w:hRule="atLeast"/>
        </w:trPr>
        <w:tc>
          <w:tcPr>
            <w:tcW w:type="dxa" w:w="181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会社名・事業所名</w:t>
            </w:r>
          </w:p>
        </w:tc>
        <w:tc>
          <w:tcPr>
            <w:tcW w:type="dxa" w:w="873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454" w:hRule="atLeast"/>
        </w:trPr>
        <w:tc>
          <w:tcPr>
            <w:tcW w:type="dxa" w:w="181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事業内容</w:t>
            </w:r>
          </w:p>
        </w:tc>
        <w:tc>
          <w:tcPr>
            <w:tcW w:type="dxa" w:w="873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454" w:hRule="atLeast"/>
        </w:trPr>
        <w:tc>
          <w:tcPr>
            <w:tcW w:type="dxa" w:w="181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雇用形態・役割</w:t>
            </w:r>
          </w:p>
        </w:tc>
        <w:tc>
          <w:tcPr>
            <w:tcW w:type="dxa" w:w="873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1644" w:hRule="atLeast"/>
        </w:trPr>
        <w:tc>
          <w:tcPr>
            <w:tcW w:type="dxa" w:w="181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サービス形態・担当範囲</w:t>
            </w:r>
          </w:p>
        </w:tc>
        <w:tc>
          <w:tcPr>
            <w:tcW w:type="dxa" w:w="873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担当業務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1701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連携・手順の見直し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2041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r>
        <w:br w:type="page"/>
      </w:r>
    </w:p>
    <w:p>
      <w:pPr>
        <w:pStyle w:val="Title"/>
        <w:spacing w:after="40"/>
      </w:pPr>
      <w:r>
        <w:rPr>
          <w:rFonts w:ascii="Hiragino Sans" w:hAnsi="Hiragino Sans" w:eastAsia="Hiragino Sans"/>
          <w:b/>
          <w:color w:val="000000"/>
          <w:sz w:val="40"/>
        </w:rPr>
        <w:t>職務経歴書</w:t>
      </w:r>
    </w:p>
    <w:p>
      <w:pPr>
        <w:spacing w:after="80"/>
      </w:pPr>
      <w:r>
        <w:rPr>
          <w:rFonts w:ascii="Hiragino Sans" w:hAnsi="Hiragino Sans" w:eastAsia="Hiragino Sans"/>
          <w:b w:val="0"/>
          <w:color w:val="000000"/>
          <w:sz w:val="18"/>
        </w:rPr>
        <w:t>介護職　2枚目</w:t>
      </w:r>
    </w:p>
    <w:p>
      <w:pPr>
        <w:spacing w:after="60"/>
      </w:pPr>
      <w:r>
        <w:rPr>
          <w:rFonts w:ascii="Hiragino Sans" w:hAnsi="Hiragino Sans" w:eastAsia="Hiragino Sans"/>
          <w:b w:val="0"/>
          <w:color w:val="000000"/>
          <w:sz w:val="16"/>
        </w:rPr>
        <w:t>自分の担当業務・期間・資格を確認して記入してください。</w:t>
      </w:r>
    </w:p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生かせる経験・スキル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2891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免許・資格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1587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自己PR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4139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pPr>
        <w:spacing w:before="100"/>
      </w:pPr>
      <w:r>
        <w:rPr>
          <w:rFonts w:ascii="Hiragino Sans" w:hAnsi="Hiragino Sans" w:eastAsia="Hiragino Sans"/>
          <w:b w:val="0"/>
          <w:color w:val="000000"/>
          <w:sz w:val="16"/>
        </w:rPr>
        <w:t>応募先の指定があれば従ってください。編集後は全ページを確認し、提出しない説明文は削除してください。</w:t>
      </w:r>
    </w:p>
    <w:sectPr w:rsidR="00FC693F" w:rsidRPr="0006063C" w:rsidSect="00034616">
      <w:pgSz w:w="11906" w:h="16838"/>
      <w:pgMar w:top="680" w:right="680" w:bottom="6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80" w:lineRule="exact"/>
    </w:pPr>
    <w:rPr>
      <w:rFonts w:ascii="Hiragino Sans" w:hAnsi="Hiragino Sans" w:eastAsia="Hiragino San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280" w:lineRule="exact"/>
      <w:outlineLvl w:val="0"/>
    </w:pPr>
    <w:rPr>
      <w:rFonts w:asciiTheme="majorHAnsi" w:eastAsiaTheme="majorEastAsia" w:hAnsiTheme="majorHAnsi" w:cstheme="majorBidi" w:ascii="Hiragino Sans" w:hAnsi="Hiragino Sans" w:eastAsia="Hiragino Sans"/>
      <w:b/>
      <w:bCs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280" w:lineRule="exact"/>
      <w:outlineLvl w:val="1"/>
    </w:pPr>
    <w:rPr>
      <w:rFonts w:asciiTheme="majorHAnsi" w:eastAsiaTheme="majorEastAsia" w:hAnsiTheme="majorHAnsi" w:cstheme="majorBidi" w:ascii="Hiragino Sans" w:hAnsi="Hiragino Sans" w:eastAsia="Hiragino Sans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 w:before="0"/>
      <w:contextualSpacing/>
    </w:pPr>
    <w:rPr>
      <w:rFonts w:asciiTheme="majorHAnsi" w:eastAsiaTheme="majorEastAsia" w:hAnsiTheme="majorHAnsi" w:cstheme="majorBidi" w:ascii="Hiragino Sans" w:hAnsi="Hiragino Sans" w:eastAsia="Hiragino Sans"/>
      <w:color w:val="000000"/>
      <w:spacing w:val="5"/>
      <w:kern w:val="28"/>
      <w:sz w:val="21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