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履歴書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写真欄なし　A4 2枚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587"/>
        <w:gridCol w:w="8957"/>
      </w:tblGrid>
      <w:tr>
        <w:trPr>
          <w:trHeight w:val="454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ふりがな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68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生年月日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性別 任意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ふりがな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68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現住所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電話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メール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67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連絡先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学歴・職歴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20" w:type="dxa"/>
          <w:bottom w:w="20" w:type="dxa"/>
          <w:left w:w="60" w:type="dxa"/>
          <w:right w:w="60" w:type="dxa"/>
        </w:tblCellMar>
      </w:tblPr>
      <w:tblGrid>
        <w:gridCol w:w="1134"/>
        <w:gridCol w:w="737"/>
        <w:gridCol w:w="8674"/>
      </w:tblGrid>
      <w:tr>
        <w:trPr>
          <w:trHeight w:val="283" w:hRule="atLeast"/>
          <w:tblHeader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年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月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学歴・職歴</w:t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履歴書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写真欄なし　2枚目</w:t>
      </w:r>
    </w:p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55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志望動機・自己PR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4989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本人希望記入欄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55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