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履歴書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志望動機・自己PR欄なし　A4 1枚</w:t>
      </w:r>
    </w:p>
    <w:p>
      <w:pPr>
        <w:jc w:val="right"/>
      </w:pPr>
      <w:r>
        <w:rPr>
          <w:rFonts w:ascii="Hiragino Sans" w:hAnsi="Hiragino Sans" w:eastAsia="Hiragino Sans"/>
          <w:b w:val="0"/>
          <w:color w:val="000000"/>
          <w:sz w:val="18"/>
        </w:rPr>
        <w:t xml:space="preserve">　　　年　　月　　日現在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417"/>
        <w:gridCol w:w="7143"/>
        <w:gridCol w:w="1984"/>
      </w:tblGrid>
      <w:tr>
        <w:trPr>
          <w:trHeight w:val="340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ふりがな</w:t>
            </w:r>
          </w:p>
        </w:tc>
        <w:tc>
          <w:tcPr>
            <w:tcW w:type="dxa" w:w="7143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1984"/>
            <w:vMerge w:val="restart"/>
            <w:vAlign w:val="center"/>
          </w:tcPr>
          <w:p>
            <w:pPr>
              <w:spacing w:after="0" w:before="0" w:line="280" w:lineRule="exact"/>
              <w:jc w:val="center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16"/>
              </w:rPr>
              <w:t>写真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16"/>
              </w:rPr>
              <w:t>縦40mm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16"/>
              </w:rPr>
              <w:t>横30mm</w:t>
            </w:r>
          </w:p>
        </w:tc>
      </w:tr>
      <w:tr>
        <w:trPr>
          <w:trHeight w:val="567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氏名</w:t>
            </w:r>
          </w:p>
        </w:tc>
        <w:tc>
          <w:tcPr>
            <w:tcW w:type="dxa" w:w="7143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1984"/>
            <w:vMerge/>
            <w:vAlign w:val="center"/>
          </w:tcPr>
          <w:p/>
        </w:tc>
      </w:tr>
      <w:tr>
        <w:trPr>
          <w:trHeight w:val="397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生年月日</w:t>
            </w:r>
          </w:p>
        </w:tc>
        <w:tc>
          <w:tcPr>
            <w:tcW w:type="dxa" w:w="7143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1984"/>
            <w:vMerge/>
            <w:vAlign w:val="center"/>
          </w:tcPr>
          <w:p/>
        </w:tc>
      </w:tr>
      <w:tr>
        <w:trPr>
          <w:trHeight w:val="340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性別 任意</w:t>
            </w:r>
          </w:p>
        </w:tc>
        <w:tc>
          <w:tcPr>
            <w:tcW w:type="dxa" w:w="7143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1984"/>
            <w:vMerge/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417"/>
        <w:gridCol w:w="9128"/>
      </w:tblGrid>
      <w:tr>
        <w:trPr>
          <w:trHeight w:val="283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ふりがな</w:t>
            </w:r>
          </w:p>
        </w:tc>
        <w:tc>
          <w:tcPr>
            <w:tcW w:type="dxa" w:w="912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510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現住所</w:t>
            </w:r>
          </w:p>
        </w:tc>
        <w:tc>
          <w:tcPr>
            <w:tcW w:type="dxa" w:w="912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電話</w:t>
            </w:r>
          </w:p>
        </w:tc>
        <w:tc>
          <w:tcPr>
            <w:tcW w:type="dxa" w:w="912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メール</w:t>
            </w:r>
          </w:p>
        </w:tc>
        <w:tc>
          <w:tcPr>
            <w:tcW w:type="dxa" w:w="912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97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連絡先</w:t>
            </w:r>
          </w:p>
        </w:tc>
        <w:tc>
          <w:tcPr>
            <w:tcW w:type="dxa" w:w="912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学歴・職歴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20" w:type="dxa"/>
          <w:bottom w:w="20" w:type="dxa"/>
          <w:left w:w="60" w:type="dxa"/>
          <w:right w:w="60" w:type="dxa"/>
        </w:tblCellMar>
      </w:tblPr>
      <w:tblGrid>
        <w:gridCol w:w="1134"/>
        <w:gridCol w:w="737"/>
        <w:gridCol w:w="8674"/>
      </w:tblGrid>
      <w:tr>
        <w:trPr>
          <w:trHeight w:val="283" w:hRule="atLeast"/>
          <w:tblHeader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/>
                <w:color w:val="000000"/>
                <w:sz w:val="18"/>
              </w:rPr>
              <w:t>年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/>
                <w:color w:val="000000"/>
                <w:sz w:val="18"/>
              </w:rPr>
              <w:t>月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/>
                <w:color w:val="000000"/>
                <w:sz w:val="18"/>
              </w:rPr>
              <w:t>学歴・職歴</w:t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免許・資格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247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本人希望記入欄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567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680" w:right="680" w:bottom="6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exact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80" w:lineRule="exact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