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spacing w:after="20"/>
      </w:pPr>
      <w:r>
        <w:rPr>
          <w:rFonts w:ascii="Hiragino Sans" w:hAnsi="Hiragino Sans" w:eastAsia="Hiragino Sans"/>
          <w:b/>
          <w:color w:val="000000"/>
          <w:sz w:val="40"/>
        </w:rPr>
        <w:t>履歴書</w:t>
      </w:r>
      <w:r>
        <w:rPr>
          <w:rFonts w:ascii="Hiragino Sans" w:hAnsi="Hiragino Sans" w:eastAsia="Hiragino Sans"/>
          <w:b w:val="0"/>
          <w:color w:val="000000"/>
          <w:sz w:val="19"/>
        </w:rPr>
        <w:t xml:space="preserve">　新卒・学生用　A4一枚</w:t>
      </w:r>
    </w:p>
    <w:p>
      <w:pPr>
        <w:jc w:val="right"/>
      </w:pPr>
      <w:r>
        <w:rPr>
          <w:rFonts w:ascii="Hiragino Sans" w:hAnsi="Hiragino Sans" w:eastAsia="Hiragino Sans"/>
          <w:b w:val="0"/>
          <w:color w:val="000000"/>
          <w:sz w:val="19"/>
        </w:rPr>
        <w:t xml:space="preserve">　　　年　　月　　日現在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20" w:type="dxa"/>
          <w:bottom w:w="20" w:type="dxa"/>
          <w:left w:w="60" w:type="dxa"/>
          <w:right w:w="60" w:type="dxa"/>
        </w:tblCellMar>
      </w:tblPr>
      <w:tblGrid>
        <w:gridCol w:w="1417"/>
        <w:gridCol w:w="7143"/>
        <w:gridCol w:w="1984"/>
      </w:tblGrid>
      <w:tr>
        <w:trPr>
          <w:trHeight w:val="397" w:hRule="atLeast"/>
        </w:trPr>
        <w:tc>
          <w:tcPr>
            <w:tcW w:type="dxa" w:w="141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ふりがな</w:t>
            </w:r>
          </w:p>
        </w:tc>
        <w:tc>
          <w:tcPr>
            <w:tcW w:type="dxa" w:w="7143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1984"/>
            <w:vMerge w:val="restart"/>
            <w:vAlign w:val="center"/>
          </w:tcPr>
          <w:p>
            <w:pPr>
              <w:spacing w:after="0" w:before="0" w:line="280" w:lineRule="exact"/>
              <w:jc w:val="center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19"/>
              </w:rPr>
              <w:t>写真</w:t>
            </w:r>
          </w:p>
          <w:p>
            <w:pPr>
              <w:spacing w:after="0" w:line="280" w:lineRule="exact"/>
            </w:pPr>
            <w:r>
              <w:rPr>
                <w:rFonts w:ascii="Hiragino Sans" w:hAnsi="Hiragino Sans" w:eastAsia="Hiragino Sans"/>
                <w:b w:val="0"/>
                <w:color w:val="000000"/>
                <w:sz w:val="19"/>
              </w:rPr>
              <w:t>縦40mm</w:t>
            </w:r>
          </w:p>
          <w:p>
            <w:pPr>
              <w:spacing w:after="0" w:line="280" w:lineRule="exact"/>
            </w:pPr>
            <w:r>
              <w:rPr>
                <w:rFonts w:ascii="Hiragino Sans" w:hAnsi="Hiragino Sans" w:eastAsia="Hiragino Sans"/>
                <w:b w:val="0"/>
                <w:color w:val="000000"/>
                <w:sz w:val="19"/>
              </w:rPr>
              <w:t>横30mm</w:t>
            </w:r>
          </w:p>
        </w:tc>
      </w:tr>
      <w:tr>
        <w:trPr>
          <w:trHeight w:val="794" w:hRule="atLeast"/>
        </w:trPr>
        <w:tc>
          <w:tcPr>
            <w:tcW w:type="dxa" w:w="141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氏名</w:t>
            </w:r>
          </w:p>
        </w:tc>
        <w:tc>
          <w:tcPr>
            <w:tcW w:type="dxa" w:w="7143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1984"/>
            <w:vMerge/>
            <w:vAlign w:val="center"/>
          </w:tcPr>
          <w:p/>
        </w:tc>
      </w:tr>
      <w:tr>
        <w:trPr>
          <w:trHeight w:val="567" w:hRule="atLeast"/>
        </w:trPr>
        <w:tc>
          <w:tcPr>
            <w:tcW w:type="dxa" w:w="141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生年月日</w:t>
            </w:r>
          </w:p>
        </w:tc>
        <w:tc>
          <w:tcPr>
            <w:tcW w:type="dxa" w:w="7143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1984"/>
            <w:vMerge/>
            <w:vAlign w:val="center"/>
          </w:tcPr>
          <w:p/>
        </w:tc>
      </w:tr>
      <w:tr>
        <w:trPr>
          <w:trHeight w:val="510" w:hRule="atLeast"/>
        </w:trPr>
        <w:tc>
          <w:tcPr>
            <w:tcW w:type="dxa" w:w="141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性別 任意</w:t>
            </w:r>
          </w:p>
        </w:tc>
        <w:tc>
          <w:tcPr>
            <w:tcW w:type="dxa" w:w="7143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1984"/>
            <w:vMerge/>
            <w:vAlign w:val="center"/>
          </w:tcPr>
          <w:p/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20" w:type="dxa"/>
          <w:bottom w:w="20" w:type="dxa"/>
          <w:left w:w="60" w:type="dxa"/>
          <w:right w:w="60" w:type="dxa"/>
        </w:tblCellMar>
      </w:tblPr>
      <w:tblGrid>
        <w:gridCol w:w="1417"/>
        <w:gridCol w:w="9128"/>
      </w:tblGrid>
      <w:tr>
        <w:trPr>
          <w:trHeight w:val="340" w:hRule="atLeast"/>
        </w:trPr>
        <w:tc>
          <w:tcPr>
            <w:tcW w:type="dxa" w:w="141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19"/>
              </w:rPr>
              <w:t>住所ふりがな</w:t>
            </w:r>
          </w:p>
        </w:tc>
        <w:tc>
          <w:tcPr>
            <w:tcW w:type="dxa" w:w="9128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  <w:tr>
        <w:trPr>
          <w:trHeight w:val="567" w:hRule="atLeast"/>
        </w:trPr>
        <w:tc>
          <w:tcPr>
            <w:tcW w:type="dxa" w:w="141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19"/>
              </w:rPr>
              <w:t>現住所</w:t>
            </w:r>
          </w:p>
        </w:tc>
        <w:tc>
          <w:tcPr>
            <w:tcW w:type="dxa" w:w="9128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  <w:tr>
        <w:trPr>
          <w:trHeight w:val="340" w:hRule="atLeast"/>
        </w:trPr>
        <w:tc>
          <w:tcPr>
            <w:tcW w:type="dxa" w:w="141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19"/>
              </w:rPr>
              <w:t>電話</w:t>
            </w:r>
          </w:p>
        </w:tc>
        <w:tc>
          <w:tcPr>
            <w:tcW w:type="dxa" w:w="9128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  <w:tr>
        <w:trPr>
          <w:trHeight w:val="340" w:hRule="atLeast"/>
        </w:trPr>
        <w:tc>
          <w:tcPr>
            <w:tcW w:type="dxa" w:w="141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19"/>
              </w:rPr>
              <w:t>メール</w:t>
            </w:r>
          </w:p>
        </w:tc>
        <w:tc>
          <w:tcPr>
            <w:tcW w:type="dxa" w:w="9128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</w:tbl>
    <w:p>
      <w:pPr>
        <w:keepNext/>
        <w:spacing w:before="40" w:after="20"/>
      </w:pPr>
      <w:r>
        <w:rPr>
          <w:rFonts w:ascii="Hiragino Sans" w:hAnsi="Hiragino Sans" w:eastAsia="Hiragino Sans"/>
          <w:b/>
          <w:color w:val="000000"/>
          <w:sz w:val="21"/>
        </w:rPr>
        <w:t>学歴・職歴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20" w:type="dxa"/>
          <w:bottom w:w="20" w:type="dxa"/>
          <w:left w:w="60" w:type="dxa"/>
          <w:right w:w="60" w:type="dxa"/>
        </w:tblCellMar>
      </w:tblPr>
      <w:tblGrid>
        <w:gridCol w:w="1134"/>
        <w:gridCol w:w="737"/>
        <w:gridCol w:w="8674"/>
      </w:tblGrid>
      <w:tr>
        <w:trPr>
          <w:trHeight w:val="283" w:hRule="atLeast"/>
        </w:trPr>
        <w:tc>
          <w:tcPr>
            <w:tcW w:type="dxa" w:w="113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/>
                <w:color w:val="000000"/>
                <w:sz w:val="19"/>
              </w:rPr>
              <w:t>年</w:t>
            </w:r>
          </w:p>
        </w:tc>
        <w:tc>
          <w:tcPr>
            <w:tcW w:type="dxa" w:w="73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/>
                <w:color w:val="000000"/>
                <w:sz w:val="19"/>
              </w:rPr>
              <w:t>月</w:t>
            </w:r>
          </w:p>
        </w:tc>
        <w:tc>
          <w:tcPr>
            <w:tcW w:type="dxa" w:w="867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/>
                <w:color w:val="000000"/>
                <w:sz w:val="19"/>
              </w:rPr>
              <w:t>学歴・職歴</w:t>
            </w:r>
          </w:p>
        </w:tc>
      </w:tr>
      <w:tr>
        <w:trPr>
          <w:trHeight w:val="340" w:hRule="atLeast"/>
        </w:trPr>
        <w:tc>
          <w:tcPr>
            <w:tcW w:type="dxa" w:w="113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73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867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  <w:tr>
        <w:trPr>
          <w:trHeight w:val="340" w:hRule="atLeast"/>
        </w:trPr>
        <w:tc>
          <w:tcPr>
            <w:tcW w:type="dxa" w:w="113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73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867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  <w:tr>
        <w:trPr>
          <w:trHeight w:val="340" w:hRule="atLeast"/>
        </w:trPr>
        <w:tc>
          <w:tcPr>
            <w:tcW w:type="dxa" w:w="113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73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867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  <w:tr>
        <w:trPr>
          <w:trHeight w:val="340" w:hRule="atLeast"/>
        </w:trPr>
        <w:tc>
          <w:tcPr>
            <w:tcW w:type="dxa" w:w="113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73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867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  <w:tr>
        <w:trPr>
          <w:trHeight w:val="340" w:hRule="atLeast"/>
        </w:trPr>
        <w:tc>
          <w:tcPr>
            <w:tcW w:type="dxa" w:w="113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73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867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  <w:tr>
        <w:trPr>
          <w:trHeight w:val="340" w:hRule="atLeast"/>
        </w:trPr>
        <w:tc>
          <w:tcPr>
            <w:tcW w:type="dxa" w:w="113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73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867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</w:tbl>
    <w:p>
      <w:pPr>
        <w:keepNext/>
        <w:spacing w:before="40" w:after="20"/>
      </w:pPr>
      <w:r>
        <w:rPr>
          <w:rFonts w:ascii="Hiragino Sans" w:hAnsi="Hiragino Sans" w:eastAsia="Hiragino Sans"/>
          <w:b/>
          <w:color w:val="000000"/>
          <w:sz w:val="21"/>
        </w:rPr>
        <w:t>免許・資格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20" w:type="dxa"/>
          <w:bottom w:w="20" w:type="dxa"/>
          <w:left w:w="60" w:type="dxa"/>
          <w:right w:w="60" w:type="dxa"/>
        </w:tblCellMar>
      </w:tblPr>
      <w:tblGrid>
        <w:gridCol w:w="1134"/>
        <w:gridCol w:w="737"/>
        <w:gridCol w:w="8674"/>
      </w:tblGrid>
      <w:tr>
        <w:trPr>
          <w:trHeight w:val="283" w:hRule="atLeast"/>
        </w:trPr>
        <w:tc>
          <w:tcPr>
            <w:tcW w:type="dxa" w:w="113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/>
                <w:color w:val="000000"/>
                <w:sz w:val="19"/>
              </w:rPr>
              <w:t>年</w:t>
            </w:r>
          </w:p>
        </w:tc>
        <w:tc>
          <w:tcPr>
            <w:tcW w:type="dxa" w:w="73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/>
                <w:color w:val="000000"/>
                <w:sz w:val="19"/>
              </w:rPr>
              <w:t>月</w:t>
            </w:r>
          </w:p>
        </w:tc>
        <w:tc>
          <w:tcPr>
            <w:tcW w:type="dxa" w:w="867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/>
                <w:color w:val="000000"/>
                <w:sz w:val="19"/>
              </w:rPr>
              <w:t>免許・資格</w:t>
            </w:r>
          </w:p>
        </w:tc>
      </w:tr>
      <w:tr>
        <w:trPr>
          <w:trHeight w:val="340" w:hRule="atLeast"/>
        </w:trPr>
        <w:tc>
          <w:tcPr>
            <w:tcW w:type="dxa" w:w="113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73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867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  <w:tr>
        <w:trPr>
          <w:trHeight w:val="340" w:hRule="atLeast"/>
        </w:trPr>
        <w:tc>
          <w:tcPr>
            <w:tcW w:type="dxa" w:w="113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73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867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20" w:type="dxa"/>
          <w:bottom w:w="20" w:type="dxa"/>
          <w:left w:w="60" w:type="dxa"/>
          <w:right w:w="60" w:type="dxa"/>
        </w:tblCellMar>
      </w:tblPr>
      <w:tblGrid>
        <w:gridCol w:w="5272"/>
        <w:gridCol w:w="5272"/>
      </w:tblGrid>
      <w:tr>
        <w:trPr>
          <w:trHeight w:val="283" w:hRule="atLeast"/>
        </w:trPr>
        <w:tc>
          <w:tcPr>
            <w:tcW w:type="dxa" w:w="5272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/>
                <w:color w:val="000000"/>
                <w:sz w:val="19"/>
              </w:rPr>
              <w:t>研究内容・得意な科目</w:t>
            </w:r>
          </w:p>
        </w:tc>
        <w:tc>
          <w:tcPr>
            <w:tcW w:type="dxa" w:w="5272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/>
                <w:color w:val="000000"/>
                <w:sz w:val="19"/>
              </w:rPr>
              <w:t>学生時代に力を入れたこと</w:t>
            </w:r>
          </w:p>
        </w:tc>
      </w:tr>
      <w:tr>
        <w:trPr>
          <w:trHeight w:val="1474" w:hRule="atLeast"/>
        </w:trPr>
        <w:tc>
          <w:tcPr>
            <w:tcW w:type="dxa" w:w="5272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19"/>
              </w:rPr>
            </w:r>
          </w:p>
        </w:tc>
        <w:tc>
          <w:tcPr>
            <w:tcW w:type="dxa" w:w="5272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20" w:type="dxa"/>
          <w:bottom w:w="20" w:type="dxa"/>
          <w:left w:w="60" w:type="dxa"/>
          <w:right w:w="60" w:type="dxa"/>
        </w:tblCellMar>
      </w:tblPr>
      <w:tblGrid>
        <w:gridCol w:w="5272"/>
        <w:gridCol w:w="5272"/>
      </w:tblGrid>
      <w:tr>
        <w:trPr>
          <w:trHeight w:val="283" w:hRule="atLeast"/>
        </w:trPr>
        <w:tc>
          <w:tcPr>
            <w:tcW w:type="dxa" w:w="5272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/>
                <w:color w:val="000000"/>
                <w:sz w:val="19"/>
              </w:rPr>
              <w:t>自己PR</w:t>
            </w:r>
          </w:p>
        </w:tc>
        <w:tc>
          <w:tcPr>
            <w:tcW w:type="dxa" w:w="5272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/>
                <w:color w:val="000000"/>
                <w:sz w:val="19"/>
              </w:rPr>
              <w:t>志望動機</w:t>
            </w:r>
          </w:p>
        </w:tc>
      </w:tr>
      <w:tr>
        <w:trPr>
          <w:trHeight w:val="1474" w:hRule="atLeast"/>
        </w:trPr>
        <w:tc>
          <w:tcPr>
            <w:tcW w:type="dxa" w:w="5272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19"/>
              </w:rPr>
            </w:r>
          </w:p>
        </w:tc>
        <w:tc>
          <w:tcPr>
            <w:tcW w:type="dxa" w:w="5272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</w:tbl>
    <w:p>
      <w:pPr>
        <w:keepNext/>
        <w:spacing w:before="40" w:after="20"/>
      </w:pPr>
      <w:r>
        <w:rPr>
          <w:rFonts w:ascii="Hiragino Sans" w:hAnsi="Hiragino Sans" w:eastAsia="Hiragino Sans"/>
          <w:b/>
          <w:color w:val="000000"/>
          <w:sz w:val="21"/>
        </w:rPr>
        <w:t>本人希望記入欄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20" w:type="dxa"/>
          <w:bottom w:w="20" w:type="dxa"/>
          <w:left w:w="60" w:type="dxa"/>
          <w:right w:w="60" w:type="dxa"/>
        </w:tblCellMar>
      </w:tblPr>
      <w:tblGrid>
        <w:gridCol w:w="10545"/>
      </w:tblGrid>
      <w:tr>
        <w:trPr>
          <w:trHeight w:val="454" w:hRule="atLeast"/>
        </w:trPr>
        <w:tc>
          <w:tcPr>
            <w:tcW w:type="dxa" w:w="10545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</w:tbl>
    <w:p>
      <w:pPr>
        <w:spacing w:before="40"/>
      </w:pPr>
      <w:r>
        <w:rPr>
          <w:rFonts w:ascii="Hiragino Sans" w:hAnsi="Hiragino Sans" w:eastAsia="Hiragino Sans"/>
          <w:b w:val="0"/>
          <w:color w:val="000000"/>
          <w:sz w:val="17"/>
        </w:rPr>
        <w:t>指定様式がある場合はそちらを使い、編集後は全ページを確認してください。</w:t>
      </w:r>
    </w:p>
    <w:sectPr w:rsidR="00FC693F" w:rsidRPr="0006063C" w:rsidSect="00034616">
      <w:pgSz w:w="11906" w:h="16838"/>
      <w:pgMar w:top="680" w:right="680" w:bottom="680" w:left="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before="0" w:line="280" w:lineRule="exact"/>
    </w:pPr>
    <w:rPr>
      <w:rFonts w:ascii="Hiragino Sans" w:hAnsi="Hiragino Sans" w:eastAsia="Hiragino Sans"/>
      <w:color w:val="000000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0" w:after="0" w:line="280" w:lineRule="exact"/>
      <w:outlineLvl w:val="0"/>
    </w:pPr>
    <w:rPr>
      <w:rFonts w:asciiTheme="majorHAnsi" w:eastAsiaTheme="majorEastAsia" w:hAnsiTheme="majorHAnsi" w:cstheme="majorBidi" w:ascii="Hiragino Sans" w:hAnsi="Hiragino Sans" w:eastAsia="Hiragino Sans"/>
      <w:b/>
      <w:bCs/>
      <w:color w:val="000000"/>
      <w:sz w:val="21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0" w:after="0" w:line="280" w:lineRule="exact"/>
      <w:outlineLvl w:val="1"/>
    </w:pPr>
    <w:rPr>
      <w:rFonts w:asciiTheme="majorHAnsi" w:eastAsiaTheme="majorEastAsia" w:hAnsiTheme="majorHAnsi" w:cstheme="majorBidi" w:ascii="Hiragino Sans" w:hAnsi="Hiragino Sans" w:eastAsia="Hiragino Sans"/>
      <w:b/>
      <w:bCs/>
      <w:color w:val="000000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0" w:line="240" w:lineRule="auto" w:before="0"/>
      <w:contextualSpacing/>
    </w:pPr>
    <w:rPr>
      <w:rFonts w:asciiTheme="majorHAnsi" w:eastAsiaTheme="majorEastAsia" w:hAnsiTheme="majorHAnsi" w:cstheme="majorBidi" w:ascii="Hiragino Sans" w:hAnsi="Hiragino Sans" w:eastAsia="Hiragino Sans"/>
      <w:color w:val="000000"/>
      <w:spacing w:val="5"/>
      <w:kern w:val="28"/>
      <w:sz w:val="21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