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spacing w:after="40"/>
      </w:pPr>
      <w:r>
        <w:rPr>
          <w:rFonts w:ascii="Hiragino Sans" w:hAnsi="Hiragino Sans" w:eastAsia="Hiragino Sans"/>
          <w:b/>
          <w:color w:val="000000"/>
          <w:sz w:val="40"/>
        </w:rPr>
        <w:t>履歴書</w:t>
      </w:r>
    </w:p>
    <w:p>
      <w:pPr>
        <w:spacing w:after="80"/>
      </w:pPr>
      <w:r>
        <w:rPr>
          <w:rFonts w:ascii="Hiragino Sans" w:hAnsi="Hiragino Sans" w:eastAsia="Hiragino Sans"/>
          <w:b w:val="0"/>
          <w:color w:val="000000"/>
          <w:sz w:val="18"/>
        </w:rPr>
        <w:t>新卒用　研究内容・ガクチカ・自己PR</w:t>
      </w:r>
    </w:p>
    <w:p>
      <w:pPr>
        <w:jc w:val="right"/>
      </w:pPr>
      <w:r>
        <w:rPr>
          <w:rFonts w:ascii="Hiragino Sans" w:hAnsi="Hiragino Sans" w:eastAsia="Hiragino Sans"/>
          <w:b w:val="0"/>
          <w:color w:val="000000"/>
          <w:sz w:val="18"/>
        </w:rPr>
        <w:t xml:space="preserve">　　　年　　月　　日現在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Borders>
          <w:top w:val="single" w:sz="5" w:color="A0A0A0"/>
          <w:bottom w:val="single" w:sz="5" w:color="A0A0A0"/>
          <w:left w:val="single" w:sz="5" w:color="A0A0A0"/>
          <w:right w:val="single" w:sz="5" w:color="A0A0A0"/>
          <w:insideH w:val="single" w:sz="5" w:color="A0A0A0"/>
          <w:insideV w:val="single" w:sz="5" w:color="A0A0A0"/>
        </w:tblBorders>
        <w:tblCellMar>
          <w:top w:w="60" w:type="dxa"/>
          <w:bottom w:w="60" w:type="dxa"/>
          <w:left w:w="60" w:type="dxa"/>
          <w:right w:w="60" w:type="dxa"/>
        </w:tblCellMar>
      </w:tblPr>
      <w:tblGrid>
        <w:gridCol w:w="1417"/>
        <w:gridCol w:w="7143"/>
        <w:gridCol w:w="1984"/>
      </w:tblGrid>
      <w:tr>
        <w:trPr>
          <w:trHeight w:val="340" w:hRule="atLeast"/>
        </w:trPr>
        <w:tc>
          <w:tcPr>
            <w:tcW w:type="dxa" w:w="141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ふりがな</w:t>
            </w:r>
          </w:p>
        </w:tc>
        <w:tc>
          <w:tcPr>
            <w:tcW w:type="dxa" w:w="7143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  <w:tc>
          <w:tcPr>
            <w:tcW w:type="dxa" w:w="1984"/>
            <w:vMerge w:val="restart"/>
            <w:vAlign w:val="center"/>
          </w:tcPr>
          <w:p>
            <w:pPr>
              <w:spacing w:after="0" w:before="0" w:line="280" w:lineRule="exact"/>
              <w:jc w:val="center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16"/>
              </w:rPr>
              <w:t>写真</w:t>
            </w:r>
          </w:p>
          <w:p>
            <w:pPr>
              <w:spacing w:after="0" w:line="280" w:lineRule="exact"/>
            </w:pPr>
            <w:r>
              <w:rPr>
                <w:rFonts w:ascii="Hiragino Sans" w:hAnsi="Hiragino Sans" w:eastAsia="Hiragino Sans"/>
                <w:b w:val="0"/>
                <w:color w:val="000000"/>
                <w:sz w:val="16"/>
              </w:rPr>
              <w:t>縦40mm</w:t>
            </w:r>
          </w:p>
          <w:p>
            <w:pPr>
              <w:spacing w:after="0" w:line="280" w:lineRule="exact"/>
            </w:pPr>
            <w:r>
              <w:rPr>
                <w:rFonts w:ascii="Hiragino Sans" w:hAnsi="Hiragino Sans" w:eastAsia="Hiragino Sans"/>
                <w:b w:val="0"/>
                <w:color w:val="000000"/>
                <w:sz w:val="16"/>
              </w:rPr>
              <w:t>横30mm</w:t>
            </w:r>
          </w:p>
        </w:tc>
      </w:tr>
      <w:tr>
        <w:trPr>
          <w:trHeight w:val="567" w:hRule="atLeast"/>
        </w:trPr>
        <w:tc>
          <w:tcPr>
            <w:tcW w:type="dxa" w:w="141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氏名</w:t>
            </w:r>
          </w:p>
        </w:tc>
        <w:tc>
          <w:tcPr>
            <w:tcW w:type="dxa" w:w="7143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  <w:tc>
          <w:tcPr>
            <w:tcW w:type="dxa" w:w="1984"/>
            <w:vMerge/>
            <w:vAlign w:val="center"/>
          </w:tcPr>
          <w:p/>
        </w:tc>
      </w:tr>
      <w:tr>
        <w:trPr>
          <w:trHeight w:val="397" w:hRule="atLeast"/>
        </w:trPr>
        <w:tc>
          <w:tcPr>
            <w:tcW w:type="dxa" w:w="141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生年月日</w:t>
            </w:r>
          </w:p>
        </w:tc>
        <w:tc>
          <w:tcPr>
            <w:tcW w:type="dxa" w:w="7143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  <w:tc>
          <w:tcPr>
            <w:tcW w:type="dxa" w:w="1984"/>
            <w:vMerge/>
            <w:vAlign w:val="center"/>
          </w:tcPr>
          <w:p/>
        </w:tc>
      </w:tr>
      <w:tr>
        <w:trPr>
          <w:trHeight w:val="340" w:hRule="atLeast"/>
        </w:trPr>
        <w:tc>
          <w:tcPr>
            <w:tcW w:type="dxa" w:w="141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性別 任意</w:t>
            </w:r>
          </w:p>
        </w:tc>
        <w:tc>
          <w:tcPr>
            <w:tcW w:type="dxa" w:w="7143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  <w:tc>
          <w:tcPr>
            <w:tcW w:type="dxa" w:w="1984"/>
            <w:vMerge/>
            <w:vAlign w:val="center"/>
          </w:tcPr>
          <w:p/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Borders>
          <w:top w:val="single" w:sz="5" w:color="A0A0A0"/>
          <w:bottom w:val="single" w:sz="5" w:color="A0A0A0"/>
          <w:left w:val="single" w:sz="5" w:color="A0A0A0"/>
          <w:right w:val="single" w:sz="5" w:color="A0A0A0"/>
          <w:insideH w:val="single" w:sz="5" w:color="A0A0A0"/>
          <w:insideV w:val="single" w:sz="5" w:color="A0A0A0"/>
        </w:tblBorders>
        <w:tblCellMar>
          <w:top w:w="60" w:type="dxa"/>
          <w:bottom w:w="60" w:type="dxa"/>
          <w:left w:w="60" w:type="dxa"/>
          <w:right w:w="60" w:type="dxa"/>
        </w:tblCellMar>
      </w:tblPr>
      <w:tblGrid>
        <w:gridCol w:w="1417"/>
        <w:gridCol w:w="9128"/>
      </w:tblGrid>
      <w:tr>
        <w:trPr>
          <w:trHeight w:val="283" w:hRule="atLeast"/>
        </w:trPr>
        <w:tc>
          <w:tcPr>
            <w:tcW w:type="dxa" w:w="141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ふりがな</w:t>
            </w:r>
          </w:p>
        </w:tc>
        <w:tc>
          <w:tcPr>
            <w:tcW w:type="dxa" w:w="9128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  <w:tr>
        <w:trPr>
          <w:trHeight w:val="510" w:hRule="atLeast"/>
        </w:trPr>
        <w:tc>
          <w:tcPr>
            <w:tcW w:type="dxa" w:w="141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現住所</w:t>
            </w:r>
          </w:p>
        </w:tc>
        <w:tc>
          <w:tcPr>
            <w:tcW w:type="dxa" w:w="9128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  <w:tr>
        <w:trPr>
          <w:trHeight w:val="340" w:hRule="atLeast"/>
        </w:trPr>
        <w:tc>
          <w:tcPr>
            <w:tcW w:type="dxa" w:w="141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電話</w:t>
            </w:r>
          </w:p>
        </w:tc>
        <w:tc>
          <w:tcPr>
            <w:tcW w:type="dxa" w:w="9128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  <w:tr>
        <w:trPr>
          <w:trHeight w:val="340" w:hRule="atLeast"/>
        </w:trPr>
        <w:tc>
          <w:tcPr>
            <w:tcW w:type="dxa" w:w="141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メール</w:t>
            </w:r>
          </w:p>
        </w:tc>
        <w:tc>
          <w:tcPr>
            <w:tcW w:type="dxa" w:w="9128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  <w:tr>
        <w:trPr>
          <w:trHeight w:val="397" w:hRule="atLeast"/>
        </w:trPr>
        <w:tc>
          <w:tcPr>
            <w:tcW w:type="dxa" w:w="141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連絡先</w:t>
            </w:r>
          </w:p>
        </w:tc>
        <w:tc>
          <w:tcPr>
            <w:tcW w:type="dxa" w:w="9128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</w:tbl>
    <w:p>
      <w:pPr>
        <w:keepNext/>
        <w:spacing w:before="80" w:after="40"/>
      </w:pPr>
      <w:r>
        <w:rPr>
          <w:rFonts w:ascii="Hiragino Sans" w:hAnsi="Hiragino Sans" w:eastAsia="Hiragino Sans"/>
          <w:b/>
          <w:color w:val="000000"/>
          <w:sz w:val="22"/>
        </w:rPr>
        <w:t>学歴・職歴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Borders>
          <w:top w:val="single" w:sz="5" w:color="A0A0A0"/>
          <w:bottom w:val="single" w:sz="5" w:color="A0A0A0"/>
          <w:left w:val="single" w:sz="5" w:color="A0A0A0"/>
          <w:right w:val="single" w:sz="5" w:color="A0A0A0"/>
          <w:insideH w:val="single" w:sz="5" w:color="A0A0A0"/>
          <w:insideV w:val="single" w:sz="5" w:color="A0A0A0"/>
        </w:tblBorders>
        <w:tblCellMar>
          <w:top w:w="20" w:type="dxa"/>
          <w:bottom w:w="20" w:type="dxa"/>
          <w:left w:w="60" w:type="dxa"/>
          <w:right w:w="60" w:type="dxa"/>
        </w:tblCellMar>
      </w:tblPr>
      <w:tblGrid>
        <w:gridCol w:w="1134"/>
        <w:gridCol w:w="737"/>
        <w:gridCol w:w="8674"/>
      </w:tblGrid>
      <w:tr>
        <w:trPr>
          <w:trHeight w:val="283" w:hRule="atLeast"/>
          <w:tblHeader/>
        </w:trPr>
        <w:tc>
          <w:tcPr>
            <w:tcW w:type="dxa" w:w="1134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/>
                <w:color w:val="000000"/>
                <w:sz w:val="18"/>
              </w:rPr>
              <w:t>年</w:t>
            </w:r>
          </w:p>
        </w:tc>
        <w:tc>
          <w:tcPr>
            <w:tcW w:type="dxa" w:w="73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/>
                <w:color w:val="000000"/>
                <w:sz w:val="18"/>
              </w:rPr>
              <w:t>月</w:t>
            </w:r>
          </w:p>
        </w:tc>
        <w:tc>
          <w:tcPr>
            <w:tcW w:type="dxa" w:w="8674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/>
                <w:color w:val="000000"/>
                <w:sz w:val="18"/>
              </w:rPr>
              <w:t>学歴・職歴</w:t>
            </w:r>
          </w:p>
        </w:tc>
      </w:tr>
      <w:tr>
        <w:trPr>
          <w:trHeight w:val="340" w:hRule="atLeast"/>
        </w:trPr>
        <w:tc>
          <w:tcPr>
            <w:tcW w:type="dxa" w:w="1134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  <w:tc>
          <w:tcPr>
            <w:tcW w:type="dxa" w:w="73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  <w:tc>
          <w:tcPr>
            <w:tcW w:type="dxa" w:w="8674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  <w:tr>
        <w:trPr>
          <w:trHeight w:val="340" w:hRule="atLeast"/>
        </w:trPr>
        <w:tc>
          <w:tcPr>
            <w:tcW w:type="dxa" w:w="1134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  <w:tc>
          <w:tcPr>
            <w:tcW w:type="dxa" w:w="73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  <w:tc>
          <w:tcPr>
            <w:tcW w:type="dxa" w:w="8674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  <w:tr>
        <w:trPr>
          <w:trHeight w:val="340" w:hRule="atLeast"/>
        </w:trPr>
        <w:tc>
          <w:tcPr>
            <w:tcW w:type="dxa" w:w="1134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  <w:tc>
          <w:tcPr>
            <w:tcW w:type="dxa" w:w="73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  <w:tc>
          <w:tcPr>
            <w:tcW w:type="dxa" w:w="8674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  <w:tr>
        <w:trPr>
          <w:trHeight w:val="340" w:hRule="atLeast"/>
        </w:trPr>
        <w:tc>
          <w:tcPr>
            <w:tcW w:type="dxa" w:w="1134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  <w:tc>
          <w:tcPr>
            <w:tcW w:type="dxa" w:w="73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  <w:tc>
          <w:tcPr>
            <w:tcW w:type="dxa" w:w="8674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  <w:tr>
        <w:trPr>
          <w:trHeight w:val="340" w:hRule="atLeast"/>
        </w:trPr>
        <w:tc>
          <w:tcPr>
            <w:tcW w:type="dxa" w:w="1134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  <w:tc>
          <w:tcPr>
            <w:tcW w:type="dxa" w:w="73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  <w:tc>
          <w:tcPr>
            <w:tcW w:type="dxa" w:w="8674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  <w:tr>
        <w:trPr>
          <w:trHeight w:val="340" w:hRule="atLeast"/>
        </w:trPr>
        <w:tc>
          <w:tcPr>
            <w:tcW w:type="dxa" w:w="1134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  <w:tc>
          <w:tcPr>
            <w:tcW w:type="dxa" w:w="73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  <w:tc>
          <w:tcPr>
            <w:tcW w:type="dxa" w:w="8674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  <w:tr>
        <w:trPr>
          <w:trHeight w:val="340" w:hRule="atLeast"/>
        </w:trPr>
        <w:tc>
          <w:tcPr>
            <w:tcW w:type="dxa" w:w="1134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  <w:tc>
          <w:tcPr>
            <w:tcW w:type="dxa" w:w="73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  <w:tc>
          <w:tcPr>
            <w:tcW w:type="dxa" w:w="8674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  <w:tr>
        <w:trPr>
          <w:trHeight w:val="340" w:hRule="atLeast"/>
        </w:trPr>
        <w:tc>
          <w:tcPr>
            <w:tcW w:type="dxa" w:w="1134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  <w:tc>
          <w:tcPr>
            <w:tcW w:type="dxa" w:w="73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  <w:tc>
          <w:tcPr>
            <w:tcW w:type="dxa" w:w="8674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  <w:tr>
        <w:trPr>
          <w:trHeight w:val="340" w:hRule="atLeast"/>
        </w:trPr>
        <w:tc>
          <w:tcPr>
            <w:tcW w:type="dxa" w:w="1134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  <w:tc>
          <w:tcPr>
            <w:tcW w:type="dxa" w:w="73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  <w:tc>
          <w:tcPr>
            <w:tcW w:type="dxa" w:w="8674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  <w:tr>
        <w:trPr>
          <w:trHeight w:val="340" w:hRule="atLeast"/>
        </w:trPr>
        <w:tc>
          <w:tcPr>
            <w:tcW w:type="dxa" w:w="1134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  <w:tc>
          <w:tcPr>
            <w:tcW w:type="dxa" w:w="73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  <w:tc>
          <w:tcPr>
            <w:tcW w:type="dxa" w:w="8674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  <w:tr>
        <w:trPr>
          <w:trHeight w:val="340" w:hRule="atLeast"/>
        </w:trPr>
        <w:tc>
          <w:tcPr>
            <w:tcW w:type="dxa" w:w="1134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  <w:tc>
          <w:tcPr>
            <w:tcW w:type="dxa" w:w="73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  <w:tc>
          <w:tcPr>
            <w:tcW w:type="dxa" w:w="8674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  <w:tr>
        <w:trPr>
          <w:trHeight w:val="340" w:hRule="atLeast"/>
        </w:trPr>
        <w:tc>
          <w:tcPr>
            <w:tcW w:type="dxa" w:w="1134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  <w:tc>
          <w:tcPr>
            <w:tcW w:type="dxa" w:w="73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  <w:tc>
          <w:tcPr>
            <w:tcW w:type="dxa" w:w="8674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</w:tbl>
    <w:p>
      <w:pPr>
        <w:keepNext/>
        <w:spacing w:before="80" w:after="40"/>
      </w:pPr>
      <w:r>
        <w:rPr>
          <w:rFonts w:ascii="Hiragino Sans" w:hAnsi="Hiragino Sans" w:eastAsia="Hiragino Sans"/>
          <w:b/>
          <w:color w:val="000000"/>
          <w:sz w:val="22"/>
        </w:rPr>
        <w:t>免許・資格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Borders>
          <w:top w:val="single" w:sz="5" w:color="A0A0A0"/>
          <w:bottom w:val="single" w:sz="5" w:color="A0A0A0"/>
          <w:left w:val="single" w:sz="5" w:color="A0A0A0"/>
          <w:right w:val="single" w:sz="5" w:color="A0A0A0"/>
          <w:insideH w:val="single" w:sz="5" w:color="A0A0A0"/>
          <w:insideV w:val="single" w:sz="5" w:color="A0A0A0"/>
        </w:tblBorders>
        <w:tblCellMar>
          <w:top w:w="60" w:type="dxa"/>
          <w:bottom w:w="60" w:type="dxa"/>
          <w:left w:w="60" w:type="dxa"/>
          <w:right w:w="60" w:type="dxa"/>
        </w:tblCellMar>
      </w:tblPr>
      <w:tblGrid>
        <w:gridCol w:w="10545"/>
      </w:tblGrid>
      <w:tr>
        <w:trPr>
          <w:trHeight w:val="1587" w:hRule="atLeast"/>
        </w:trPr>
        <w:tc>
          <w:tcPr>
            <w:tcW w:type="dxa" w:w="10545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</w:tbl>
    <w:p>
      <w:r>
        <w:br w:type="page"/>
      </w:r>
    </w:p>
    <w:p>
      <w:pPr>
        <w:pStyle w:val="Title"/>
        <w:spacing w:after="40"/>
      </w:pPr>
      <w:r>
        <w:rPr>
          <w:rFonts w:ascii="Hiragino Sans" w:hAnsi="Hiragino Sans" w:eastAsia="Hiragino Sans"/>
          <w:b/>
          <w:color w:val="000000"/>
          <w:sz w:val="40"/>
        </w:rPr>
        <w:t>履歴書</w:t>
      </w:r>
    </w:p>
    <w:p>
      <w:pPr>
        <w:spacing w:after="80"/>
      </w:pPr>
      <w:r>
        <w:rPr>
          <w:rFonts w:ascii="Hiragino Sans" w:hAnsi="Hiragino Sans" w:eastAsia="Hiragino Sans"/>
          <w:b w:val="0"/>
          <w:color w:val="000000"/>
          <w:sz w:val="18"/>
        </w:rPr>
        <w:t>氏名　　　　　　　　　　　　　　　　　　　　　　2枚目</w:t>
      </w:r>
    </w:p>
    <w:p>
      <w:pPr>
        <w:keepNext/>
        <w:spacing w:before="80" w:after="40"/>
      </w:pPr>
      <w:r>
        <w:rPr>
          <w:rFonts w:ascii="Hiragino Sans" w:hAnsi="Hiragino Sans" w:eastAsia="Hiragino Sans"/>
          <w:b/>
          <w:color w:val="000000"/>
          <w:sz w:val="22"/>
        </w:rPr>
        <w:t>研究内容・得意な科目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Borders>
          <w:top w:val="single" w:sz="5" w:color="A0A0A0"/>
          <w:bottom w:val="single" w:sz="5" w:color="A0A0A0"/>
          <w:left w:val="single" w:sz="5" w:color="A0A0A0"/>
          <w:right w:val="single" w:sz="5" w:color="A0A0A0"/>
          <w:insideH w:val="single" w:sz="5" w:color="A0A0A0"/>
          <w:insideV w:val="single" w:sz="5" w:color="A0A0A0"/>
        </w:tblBorders>
        <w:tblCellMar>
          <w:top w:w="60" w:type="dxa"/>
          <w:bottom w:w="60" w:type="dxa"/>
          <w:left w:w="60" w:type="dxa"/>
          <w:right w:w="60" w:type="dxa"/>
        </w:tblCellMar>
      </w:tblPr>
      <w:tblGrid>
        <w:gridCol w:w="10545"/>
      </w:tblGrid>
      <w:tr>
        <w:trPr>
          <w:trHeight w:val="2041" w:hRule="atLeast"/>
        </w:trPr>
        <w:tc>
          <w:tcPr>
            <w:tcW w:type="dxa" w:w="10545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</w:tbl>
    <w:p>
      <w:pPr>
        <w:keepNext/>
        <w:spacing w:before="80" w:after="40"/>
      </w:pPr>
      <w:r>
        <w:rPr>
          <w:rFonts w:ascii="Hiragino Sans" w:hAnsi="Hiragino Sans" w:eastAsia="Hiragino Sans"/>
          <w:b/>
          <w:color w:val="000000"/>
          <w:sz w:val="22"/>
        </w:rPr>
        <w:t>学生時代に力を入れたこと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Borders>
          <w:top w:val="single" w:sz="5" w:color="A0A0A0"/>
          <w:bottom w:val="single" w:sz="5" w:color="A0A0A0"/>
          <w:left w:val="single" w:sz="5" w:color="A0A0A0"/>
          <w:right w:val="single" w:sz="5" w:color="A0A0A0"/>
          <w:insideH w:val="single" w:sz="5" w:color="A0A0A0"/>
          <w:insideV w:val="single" w:sz="5" w:color="A0A0A0"/>
        </w:tblBorders>
        <w:tblCellMar>
          <w:top w:w="60" w:type="dxa"/>
          <w:bottom w:w="60" w:type="dxa"/>
          <w:left w:w="60" w:type="dxa"/>
          <w:right w:w="60" w:type="dxa"/>
        </w:tblCellMar>
      </w:tblPr>
      <w:tblGrid>
        <w:gridCol w:w="10545"/>
      </w:tblGrid>
      <w:tr>
        <w:trPr>
          <w:trHeight w:val="2041" w:hRule="atLeast"/>
        </w:trPr>
        <w:tc>
          <w:tcPr>
            <w:tcW w:type="dxa" w:w="10545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</w:tbl>
    <w:p>
      <w:pPr>
        <w:keepNext/>
        <w:spacing w:before="80" w:after="40"/>
      </w:pPr>
      <w:r>
        <w:rPr>
          <w:rFonts w:ascii="Hiragino Sans" w:hAnsi="Hiragino Sans" w:eastAsia="Hiragino Sans"/>
          <w:b/>
          <w:color w:val="000000"/>
          <w:sz w:val="22"/>
        </w:rPr>
        <w:t>自己PR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Borders>
          <w:top w:val="single" w:sz="5" w:color="A0A0A0"/>
          <w:bottom w:val="single" w:sz="5" w:color="A0A0A0"/>
          <w:left w:val="single" w:sz="5" w:color="A0A0A0"/>
          <w:right w:val="single" w:sz="5" w:color="A0A0A0"/>
          <w:insideH w:val="single" w:sz="5" w:color="A0A0A0"/>
          <w:insideV w:val="single" w:sz="5" w:color="A0A0A0"/>
        </w:tblBorders>
        <w:tblCellMar>
          <w:top w:w="60" w:type="dxa"/>
          <w:bottom w:w="60" w:type="dxa"/>
          <w:left w:w="60" w:type="dxa"/>
          <w:right w:w="60" w:type="dxa"/>
        </w:tblCellMar>
      </w:tblPr>
      <w:tblGrid>
        <w:gridCol w:w="10545"/>
      </w:tblGrid>
      <w:tr>
        <w:trPr>
          <w:trHeight w:val="2041" w:hRule="atLeast"/>
        </w:trPr>
        <w:tc>
          <w:tcPr>
            <w:tcW w:type="dxa" w:w="10545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</w:tbl>
    <w:p>
      <w:pPr>
        <w:keepNext/>
        <w:spacing w:before="80" w:after="40"/>
      </w:pPr>
      <w:r>
        <w:rPr>
          <w:rFonts w:ascii="Hiragino Sans" w:hAnsi="Hiragino Sans" w:eastAsia="Hiragino Sans"/>
          <w:b/>
          <w:color w:val="000000"/>
          <w:sz w:val="22"/>
        </w:rPr>
        <w:t>志望動機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Borders>
          <w:top w:val="single" w:sz="5" w:color="A0A0A0"/>
          <w:bottom w:val="single" w:sz="5" w:color="A0A0A0"/>
          <w:left w:val="single" w:sz="5" w:color="A0A0A0"/>
          <w:right w:val="single" w:sz="5" w:color="A0A0A0"/>
          <w:insideH w:val="single" w:sz="5" w:color="A0A0A0"/>
          <w:insideV w:val="single" w:sz="5" w:color="A0A0A0"/>
        </w:tblBorders>
        <w:tblCellMar>
          <w:top w:w="60" w:type="dxa"/>
          <w:bottom w:w="60" w:type="dxa"/>
          <w:left w:w="60" w:type="dxa"/>
          <w:right w:w="60" w:type="dxa"/>
        </w:tblCellMar>
      </w:tblPr>
      <w:tblGrid>
        <w:gridCol w:w="10545"/>
      </w:tblGrid>
      <w:tr>
        <w:trPr>
          <w:trHeight w:val="1701" w:hRule="atLeast"/>
        </w:trPr>
        <w:tc>
          <w:tcPr>
            <w:tcW w:type="dxa" w:w="10545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</w:tbl>
    <w:p>
      <w:pPr>
        <w:keepNext/>
        <w:spacing w:before="80" w:after="40"/>
      </w:pPr>
      <w:r>
        <w:rPr>
          <w:rFonts w:ascii="Hiragino Sans" w:hAnsi="Hiragino Sans" w:eastAsia="Hiragino Sans"/>
          <w:b/>
          <w:color w:val="000000"/>
          <w:sz w:val="22"/>
        </w:rPr>
        <w:t>本人希望記入欄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Borders>
          <w:top w:val="single" w:sz="5" w:color="A0A0A0"/>
          <w:bottom w:val="single" w:sz="5" w:color="A0A0A0"/>
          <w:left w:val="single" w:sz="5" w:color="A0A0A0"/>
          <w:right w:val="single" w:sz="5" w:color="A0A0A0"/>
          <w:insideH w:val="single" w:sz="5" w:color="A0A0A0"/>
          <w:insideV w:val="single" w:sz="5" w:color="A0A0A0"/>
        </w:tblBorders>
        <w:tblCellMar>
          <w:top w:w="60" w:type="dxa"/>
          <w:bottom w:w="60" w:type="dxa"/>
          <w:left w:w="60" w:type="dxa"/>
          <w:right w:w="60" w:type="dxa"/>
        </w:tblCellMar>
      </w:tblPr>
      <w:tblGrid>
        <w:gridCol w:w="10545"/>
      </w:tblGrid>
      <w:tr>
        <w:trPr>
          <w:trHeight w:val="1134" w:hRule="atLeast"/>
        </w:trPr>
        <w:tc>
          <w:tcPr>
            <w:tcW w:type="dxa" w:w="10545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</w:tbl>
    <w:sectPr w:rsidR="00FC693F" w:rsidRPr="0006063C" w:rsidSect="00034616">
      <w:pgSz w:w="11906" w:h="16838"/>
      <w:pgMar w:top="680" w:right="680" w:bottom="680" w:left="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before="0" w:line="280" w:lineRule="exact"/>
    </w:pPr>
    <w:rPr>
      <w:rFonts w:ascii="Hiragino Sans" w:hAnsi="Hiragino Sans" w:eastAsia="Hiragino Sans"/>
      <w:color w:val="000000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0" w:after="0" w:line="280" w:lineRule="exact"/>
      <w:outlineLvl w:val="0"/>
    </w:pPr>
    <w:rPr>
      <w:rFonts w:asciiTheme="majorHAnsi" w:eastAsiaTheme="majorEastAsia" w:hAnsiTheme="majorHAnsi" w:cstheme="majorBidi" w:ascii="Hiragino Sans" w:hAnsi="Hiragino Sans" w:eastAsia="Hiragino Sans"/>
      <w:b/>
      <w:bCs/>
      <w:color w:val="000000"/>
      <w:sz w:val="21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0" w:after="0" w:line="280" w:lineRule="exact"/>
      <w:outlineLvl w:val="1"/>
    </w:pPr>
    <w:rPr>
      <w:rFonts w:asciiTheme="majorHAnsi" w:eastAsiaTheme="majorEastAsia" w:hAnsiTheme="majorHAnsi" w:cstheme="majorBidi" w:ascii="Hiragino Sans" w:hAnsi="Hiragino Sans" w:eastAsia="Hiragino Sans"/>
      <w:b/>
      <w:bCs/>
      <w:color w:val="000000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0" w:line="240" w:lineRule="auto" w:before="0"/>
      <w:contextualSpacing/>
    </w:pPr>
    <w:rPr>
      <w:rFonts w:asciiTheme="majorHAnsi" w:eastAsiaTheme="majorEastAsia" w:hAnsiTheme="majorHAnsi" w:cstheme="majorBidi" w:ascii="Hiragino Sans" w:hAnsi="Hiragino Sans" w:eastAsia="Hiragino Sans"/>
      <w:color w:val="000000"/>
      <w:spacing w:val="5"/>
      <w:kern w:val="28"/>
      <w:sz w:val="21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