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游ゴシック" w:hAnsi="游ゴシック" w:eastAsia="游ゴシック"/>
          <w:b/>
          <w:sz w:val="40"/>
        </w:rPr>
        <w:t>履　歴　書</w:t>
      </w:r>
      <w:r>
        <w:rPr>
          <w:rFonts w:ascii="游ゴシック" w:hAnsi="游ゴシック" w:eastAsia="游ゴシック"/>
          <w:sz w:val="20"/>
        </w:rPr>
        <w:t xml:space="preserve">　　　　　　　　　　　　　　　　　　　　　　　　　　年　　月　　日現在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5103"/>
        <w:gridCol w:w="1417"/>
        <w:gridCol w:w="2835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 w:val="restart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写真を貼る位置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1. 縦36〜40mm 横24〜30mm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2. 本人単身胸から上</w:t>
            </w:r>
          </w:p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6"/>
              </w:rPr>
              <w:t>3. 裏面にのりづけ</w:t>
            </w:r>
          </w:p>
        </w:tc>
      </w:tr>
      <w:tr>
        <w:trPr>
          <w:trHeight w:val="1247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2"/>
              </w:rPr>
              <w:t>氏　名</w:t>
            </w:r>
          </w:p>
        </w:tc>
        <w:tc>
          <w:tcPr>
            <w:tcW w:type="dxa" w:w="6519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2835"/>
            <w:vMerge/>
          </w:tcPr>
          <w:p/>
        </w:tc>
      </w:tr>
      <w:tr>
        <w:trPr>
          <w:trHeight w:val="68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生年月日</w:t>
            </w:r>
          </w:p>
        </w:tc>
        <w:tc>
          <w:tcPr>
            <w:tcW w:type="dxa" w:w="510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 xml:space="preserve">　　　　年　　月　　日生（満　　歳）</w:t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7"/>
              </w:rPr>
              <w:t>性　別</w:t>
            </w:r>
          </w:p>
        </w:tc>
        <w:tc>
          <w:tcPr>
            <w:tcW w:type="dxa" w:w="2835"/>
            <w:vMerge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417"/>
        <w:gridCol w:w="3969"/>
        <w:gridCol w:w="1417"/>
        <w:gridCol w:w="3969"/>
      </w:tblGrid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96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現住所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〒　　　－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E-mail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34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ふりがな</w:t>
            </w:r>
          </w:p>
        </w:tc>
        <w:tc>
          <w:tcPr>
            <w:tcW w:type="dxa" w:w="9355"/>
            <w:gridSpan w:val="3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  <w:tr>
        <w:trPr>
          <w:trHeight w:val="850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連絡先</w:t>
            </w:r>
          </w:p>
        </w:tc>
        <w:tc>
          <w:tcPr>
            <w:tcW w:type="dxa" w:w="9355"/>
            <w:gridSpan w:val="3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〒　　　－　　（現住所以外に連絡を希望する場合のみ記入）</w:t>
            </w:r>
          </w:p>
        </w:tc>
      </w:tr>
      <w:tr>
        <w:trPr>
          <w:trHeight w:val="454" w:hRule="exact"/>
        </w:trPr>
        <w:tc>
          <w:tcPr>
            <w:tcW w:type="dxa" w:w="141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20"/>
              </w:rPr>
              <w:t>電話</w:t>
            </w:r>
          </w:p>
        </w:tc>
        <w:tc>
          <w:tcPr>
            <w:tcW w:type="dxa" w:w="3969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  <w:tc>
          <w:tcPr>
            <w:tcW w:type="dxa" w:w="5386"/>
            <w:gridSpan w:val="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学歴・職歴（各別にまとめて書く）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学歴・職歴（つづき）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134"/>
        <w:gridCol w:w="850"/>
        <w:gridCol w:w="8788"/>
      </w:tblGrid>
      <w:tr>
        <w:trPr>
          <w:trHeight w:val="454" w:hRule="exact"/>
        </w:trPr>
        <w:tc>
          <w:tcPr>
            <w:tcW w:type="dxa" w:w="113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年</w:t>
            </w:r>
          </w:p>
        </w:tc>
        <w:tc>
          <w:tcPr>
            <w:tcW w:type="dxa" w:w="850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月</w:t>
            </w:r>
          </w:p>
        </w:tc>
        <w:tc>
          <w:tcPr>
            <w:tcW w:type="dxa" w:w="8787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免許・資格</w:t>
            </w:r>
          </w:p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  <w:tr>
        <w:trPr>
          <w:trHeight w:val="510" w:hRule="exact"/>
        </w:trPr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787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志望の動機、特技、好きな学科、アピールポイントなど</w:t>
            </w:r>
          </w:p>
        </w:tc>
      </w:tr>
      <w:tr>
        <w:trPr>
          <w:trHeight w:val="1814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551"/>
        <w:gridCol w:w="2835"/>
        <w:gridCol w:w="3402"/>
        <w:gridCol w:w="1984"/>
      </w:tblGrid>
      <w:tr>
        <w:trPr>
          <w:trHeight w:val="567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通勤時間</w:t>
            </w:r>
          </w:p>
        </w:tc>
        <w:tc>
          <w:tcPr>
            <w:tcW w:type="dxa" w:w="2835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約　　　時間　　　分</w:t>
            </w:r>
          </w:p>
        </w:tc>
        <w:tc>
          <w:tcPr>
            <w:tcW w:type="dxa" w:w="34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扶養家族数（配偶者を除く）</w:t>
            </w:r>
          </w:p>
        </w:tc>
        <w:tc>
          <w:tcPr>
            <w:tcW w:type="dxa" w:w="198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 xml:space="preserve">　　　人</w:t>
            </w:r>
          </w:p>
        </w:tc>
      </w:tr>
      <w:tr>
        <w:trPr>
          <w:trHeight w:val="567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配偶者</w:t>
            </w:r>
          </w:p>
        </w:tc>
        <w:tc>
          <w:tcPr>
            <w:tcW w:type="dxa" w:w="2835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有　・　無</w:t>
            </w:r>
          </w:p>
        </w:tc>
        <w:tc>
          <w:tcPr>
            <w:tcW w:type="dxa" w:w="34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8"/>
              </w:rPr>
              <w:t>配偶者の扶養義務</w:t>
            </w:r>
          </w:p>
        </w:tc>
        <w:tc>
          <w:tcPr>
            <w:tcW w:type="dxa" w:w="1984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有　・　無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454" w:hRule="exact"/>
        </w:trPr>
        <w:tc>
          <w:tcPr>
            <w:tcW w:type="dxa" w:w="10772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本人希望記入欄　（給料・職種・勤務時間・勤務地などの希望があれば記入）</w:t>
            </w:r>
          </w:p>
        </w:tc>
      </w:tr>
      <w:tr>
        <w:trPr>
          <w:trHeight w:val="1814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