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游ゴシック" w:hAnsi="游ゴシック" w:eastAsia="游ゴシック"/>
          <w:b/>
          <w:sz w:val="40"/>
        </w:rPr>
        <w:t>履　歴　書</w:t>
      </w:r>
      <w:r>
        <w:rPr>
          <w:rFonts w:ascii="游ゴシック" w:hAnsi="游ゴシック" w:eastAsia="游ゴシック"/>
          <w:sz w:val="20"/>
        </w:rPr>
        <w:t xml:space="preserve">　　　　　　　　　　　　　　　　　　　　　　　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5103"/>
        <w:gridCol w:w="1417"/>
        <w:gridCol w:w="2835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 w:val="restart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写真を貼る位置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1. 縦36〜40mm 横24〜30mm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2. 本人単身胸から上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3. 裏面にのりづけ</w:t>
            </w:r>
          </w:p>
        </w:tc>
      </w:tr>
      <w:tr>
        <w:trPr>
          <w:trHeight w:val="1247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2"/>
              </w:rPr>
              <w:t>氏　名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/>
          </w:tcPr>
          <w:p/>
        </w:tc>
      </w:tr>
      <w:tr>
        <w:trPr>
          <w:trHeight w:val="68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生年月日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 xml:space="preserve">　　　　年　　月　　日生（満　　歳）</w:t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7"/>
              </w:rPr>
              <w:t>性別（任意）</w:t>
            </w:r>
          </w:p>
        </w:tc>
        <w:tc>
          <w:tcPr>
            <w:tcW w:type="dxa" w:w="2835"/>
            <w:vMerge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3969"/>
        <w:gridCol w:w="1417"/>
        <w:gridCol w:w="3969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6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現住所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〒　　　－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E-mail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学歴・職歴（各別にまとめて書く）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免許・資格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志望の動機</w:t>
            </w:r>
          </w:p>
        </w:tc>
      </w:tr>
      <w:tr>
        <w:trPr>
          <w:trHeight w:val="1361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希望勤務日・勤務時間　（入れる曜日・時間帯、勤務開始可能日など）</w:t>
            </w:r>
          </w:p>
        </w:tc>
      </w:tr>
      <w:tr>
        <w:trPr>
          <w:trHeight w:val="90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本人希望記入欄　（給与・職種・勤務時間など）</w:t>
            </w:r>
          </w:p>
        </w:tc>
      </w:tr>
      <w:tr>
        <w:trPr>
          <w:trHeight w:val="90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