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履歴書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一般用　A4 1枚</w:t>
      </w:r>
    </w:p>
    <w:p>
      <w:pPr>
        <w:jc w:val="right"/>
      </w:pPr>
      <w:r>
        <w:rPr>
          <w:rFonts w:ascii="Hiragino Sans" w:hAnsi="Hiragino Sans" w:eastAsia="Hiragino Sans"/>
          <w:b w:val="0"/>
          <w:color w:val="000000"/>
          <w:sz w:val="18"/>
        </w:rPr>
        <w:t xml:space="preserve">　　　年　　月　　日現在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417"/>
        <w:gridCol w:w="7143"/>
        <w:gridCol w:w="1984"/>
      </w:tblGrid>
      <w:tr>
        <w:trPr>
          <w:trHeight w:val="340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ふりがな</w:t>
            </w:r>
          </w:p>
        </w:tc>
        <w:tc>
          <w:tcPr>
            <w:tcW w:type="dxa" w:w="7143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1984"/>
            <w:vMerge w:val="restart"/>
            <w:vAlign w:val="center"/>
          </w:tcPr>
          <w:p>
            <w:pPr>
              <w:spacing w:after="0" w:before="0" w:line="280" w:lineRule="exact"/>
              <w:jc w:val="center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16"/>
              </w:rPr>
              <w:t>写真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16"/>
              </w:rPr>
              <w:t>縦40mm</w:t>
            </w:r>
          </w:p>
          <w:p>
            <w:pPr>
              <w:spacing w:after="0" w:line="280" w:lineRule="exact"/>
            </w:pPr>
            <w:r>
              <w:rPr>
                <w:rFonts w:ascii="Hiragino Sans" w:hAnsi="Hiragino Sans" w:eastAsia="Hiragino Sans"/>
                <w:b w:val="0"/>
                <w:color w:val="000000"/>
                <w:sz w:val="16"/>
              </w:rPr>
              <w:t>横30mm</w:t>
            </w:r>
          </w:p>
        </w:tc>
      </w:tr>
      <w:tr>
        <w:trPr>
          <w:trHeight w:val="567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7143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1984"/>
            <w:vMerge/>
            <w:vAlign w:val="center"/>
          </w:tcPr>
          <w:p/>
        </w:tc>
      </w:tr>
      <w:tr>
        <w:trPr>
          <w:trHeight w:val="397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生年月日</w:t>
            </w:r>
          </w:p>
        </w:tc>
        <w:tc>
          <w:tcPr>
            <w:tcW w:type="dxa" w:w="7143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1984"/>
            <w:vMerge/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性別 任意</w:t>
            </w:r>
          </w:p>
        </w:tc>
        <w:tc>
          <w:tcPr>
            <w:tcW w:type="dxa" w:w="7143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1984"/>
            <w:vMerge/>
            <w:vAlign w:val="center"/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417"/>
        <w:gridCol w:w="9128"/>
      </w:tblGrid>
      <w:tr>
        <w:trPr>
          <w:trHeight w:val="283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ふりがな</w:t>
            </w:r>
          </w:p>
        </w:tc>
        <w:tc>
          <w:tcPr>
            <w:tcW w:type="dxa" w:w="912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現住所</w:t>
            </w:r>
          </w:p>
        </w:tc>
        <w:tc>
          <w:tcPr>
            <w:tcW w:type="dxa" w:w="912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電話</w:t>
            </w:r>
          </w:p>
        </w:tc>
        <w:tc>
          <w:tcPr>
            <w:tcW w:type="dxa" w:w="912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メール</w:t>
            </w:r>
          </w:p>
        </w:tc>
        <w:tc>
          <w:tcPr>
            <w:tcW w:type="dxa" w:w="912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97" w:hRule="atLeast"/>
        </w:trPr>
        <w:tc>
          <w:tcPr>
            <w:tcW w:type="dxa" w:w="141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連絡先</w:t>
            </w:r>
          </w:p>
        </w:tc>
        <w:tc>
          <w:tcPr>
            <w:tcW w:type="dxa" w:w="912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学歴・職歴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20" w:type="dxa"/>
          <w:bottom w:w="20" w:type="dxa"/>
          <w:left w:w="60" w:type="dxa"/>
          <w:right w:w="60" w:type="dxa"/>
        </w:tblCellMar>
      </w:tblPr>
      <w:tblGrid>
        <w:gridCol w:w="1134"/>
        <w:gridCol w:w="737"/>
        <w:gridCol w:w="8674"/>
      </w:tblGrid>
      <w:tr>
        <w:trPr>
          <w:trHeight w:val="283" w:hRule="atLeast"/>
          <w:tblHeader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年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月</w:t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学歴・職歴</w:t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340" w:hRule="atLeast"/>
        </w:trPr>
        <w:tc>
          <w:tcPr>
            <w:tcW w:type="dxa" w:w="113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867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免許・資格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850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志望動機・自己PR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19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本人希望記入欄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A0A0A0"/>
          <w:bottom w:val="single" w:sz="5" w:color="A0A0A0"/>
          <w:left w:val="single" w:sz="5" w:color="A0A0A0"/>
          <w:right w:val="single" w:sz="5" w:color="A0A0A0"/>
          <w:insideH w:val="single" w:sz="5" w:color="A0A0A0"/>
          <w:insideV w:val="single" w:sz="5" w:color="A0A0A0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56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