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Arial" w:hAnsi="Arial" w:eastAsia="Arial"/>
          <w:b/>
          <w:color w:val="000000"/>
          <w:sz w:val="40"/>
        </w:rPr>
        <w:t>Your name</w:t>
      </w:r>
    </w:p>
    <w:p>
      <w:pPr>
        <w:spacing w:before="0" w:after="80"/>
      </w:pPr>
      <w:r>
        <w:rPr>
          <w:rFonts w:ascii="Arial" w:hAnsi="Arial" w:eastAsia="Arial"/>
          <w:b w:val="0"/>
          <w:color w:val="000000"/>
          <w:sz w:val="16"/>
        </w:rPr>
        <w:t>Replace the labels and blank fields with your own application details.</w:t>
      </w:r>
    </w:p>
    <w:p>
      <w:pPr>
        <w:spacing w:before="0" w:after="60"/>
      </w:pPr>
      <w:r>
        <w:rPr>
          <w:rFonts w:ascii="Arial" w:hAnsi="Arial" w:eastAsia="Arial"/>
          <w:b w:val="0"/>
          <w:color w:val="000000"/>
          <w:sz w:val="20"/>
        </w:rPr>
        <w:t>Email</w:t>
        <w:br/>
        <w:t>City or region</w:t>
        <w:br/>
        <w:t>Website or portfolio (optional)</w:t>
      </w:r>
    </w:p>
    <w:p>
      <w:pPr>
        <w:keepNext/>
        <w:spacing w:before="100" w:after="40"/>
      </w:pPr>
      <w:r>
        <w:rPr>
          <w:rFonts w:ascii="Arial" w:hAnsi="Arial" w:eastAsia="Arial"/>
          <w:b/>
          <w:color w:val="000000"/>
          <w:sz w:val="22"/>
        </w:rPr>
        <w:t>Summary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247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Arial" w:hAnsi="Arial" w:eastAsia="Arial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100" w:after="40"/>
      </w:pPr>
      <w:r>
        <w:rPr>
          <w:rFonts w:ascii="Arial" w:hAnsi="Arial" w:eastAsia="Arial"/>
          <w:b/>
          <w:color w:val="000000"/>
          <w:sz w:val="22"/>
        </w:rPr>
        <w:t>Experience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2268"/>
        <w:gridCol w:w="8277"/>
      </w:tblGrid>
      <w:tr>
        <w:trPr>
          <w:trHeight w:val="850" w:hRule="atLeast"/>
        </w:trPr>
        <w:tc>
          <w:tcPr>
            <w:tcW w:type="dxa" w:w="2268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Arial" w:hAnsi="Arial" w:eastAsia="Arial"/>
                <w:b w:val="0"/>
                <w:color w:val="000000"/>
                <w:sz w:val="21"/>
              </w:rPr>
              <w:t>Dates</w:t>
            </w:r>
          </w:p>
        </w:tc>
        <w:tc>
          <w:tcPr>
            <w:tcW w:type="dxa" w:w="827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Arial" w:hAnsi="Arial" w:eastAsia="Arial"/>
                <w:b w:val="0"/>
                <w:color w:val="000000"/>
                <w:sz w:val="21"/>
              </w:rPr>
              <w:t>Job title</w:t>
            </w:r>
          </w:p>
          <w:p>
            <w:pPr>
              <w:spacing w:after="0" w:line="280" w:lineRule="exact"/>
            </w:pPr>
            <w:r>
              <w:rPr>
                <w:rFonts w:ascii="Arial" w:hAnsi="Arial" w:eastAsia="Arial"/>
                <w:b w:val="0"/>
                <w:color w:val="000000"/>
                <w:sz w:val="21"/>
              </w:rPr>
              <w:t>Employer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701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Arial" w:hAnsi="Arial" w:eastAsia="Arial"/>
                <w:b w:val="0"/>
                <w:color w:val="000000"/>
                <w:sz w:val="21"/>
              </w:rPr>
            </w:r>
          </w:p>
        </w:tc>
      </w:tr>
    </w:tbl>
    <w:p>
      <w:pPr>
        <w:spacing w:before="0" w:after="20"/>
      </w:pPr>
      <w:r>
        <w:rPr>
          <w:rFonts w:ascii="Arial" w:hAnsi="Arial" w:eastAsia="Arial"/>
          <w:b w:val="0"/>
          <w:color w:val="00000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2268"/>
        <w:gridCol w:w="8277"/>
      </w:tblGrid>
      <w:tr>
        <w:trPr>
          <w:trHeight w:val="850" w:hRule="atLeast"/>
        </w:trPr>
        <w:tc>
          <w:tcPr>
            <w:tcW w:type="dxa" w:w="2268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Arial" w:hAnsi="Arial" w:eastAsia="Arial"/>
                <w:b w:val="0"/>
                <w:color w:val="000000"/>
                <w:sz w:val="21"/>
              </w:rPr>
              <w:t>Dates</w:t>
            </w:r>
          </w:p>
        </w:tc>
        <w:tc>
          <w:tcPr>
            <w:tcW w:type="dxa" w:w="827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Arial" w:hAnsi="Arial" w:eastAsia="Arial"/>
                <w:b w:val="0"/>
                <w:color w:val="000000"/>
                <w:sz w:val="21"/>
              </w:rPr>
              <w:t>Job title</w:t>
            </w:r>
          </w:p>
          <w:p>
            <w:pPr>
              <w:spacing w:after="0" w:line="280" w:lineRule="exact"/>
            </w:pPr>
            <w:r>
              <w:rPr>
                <w:rFonts w:ascii="Arial" w:hAnsi="Arial" w:eastAsia="Arial"/>
                <w:b w:val="0"/>
                <w:color w:val="000000"/>
                <w:sz w:val="21"/>
              </w:rPr>
              <w:t>Employer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701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Arial" w:hAnsi="Arial" w:eastAsia="Arial"/>
                <w:b w:val="0"/>
                <w:color w:val="000000"/>
                <w:sz w:val="21"/>
              </w:rPr>
            </w:r>
          </w:p>
        </w:tc>
      </w:tr>
    </w:tbl>
    <w:p>
      <w:pPr>
        <w:spacing w:before="0" w:after="20"/>
      </w:pPr>
      <w:r>
        <w:rPr>
          <w:rFonts w:ascii="Arial" w:hAnsi="Arial" w:eastAsia="Arial"/>
          <w:b w:val="0"/>
          <w:color w:val="000000"/>
          <w:sz w:val="4"/>
        </w:rPr>
      </w:r>
    </w:p>
    <w:p>
      <w:pPr>
        <w:keepNext/>
        <w:spacing w:before="100" w:after="40"/>
      </w:pPr>
      <w:r>
        <w:rPr>
          <w:rFonts w:ascii="Arial" w:hAnsi="Arial" w:eastAsia="Arial"/>
          <w:b/>
          <w:color w:val="000000"/>
          <w:sz w:val="22"/>
        </w:rPr>
        <w:t>Education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964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Arial" w:hAnsi="Arial" w:eastAsia="Arial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100" w:after="40"/>
      </w:pPr>
      <w:r>
        <w:rPr>
          <w:rFonts w:ascii="Arial" w:hAnsi="Arial" w:eastAsia="Arial"/>
          <w:b/>
          <w:color w:val="000000"/>
          <w:sz w:val="22"/>
        </w:rPr>
        <w:t>Skills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304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Arial" w:hAnsi="Arial" w:eastAsia="Arial"/>
                <w:b w:val="0"/>
                <w:color w:val="000000"/>
                <w:sz w:val="21"/>
              </w:rPr>
            </w:r>
          </w:p>
        </w:tc>
      </w:tr>
    </w:tbl>
    <w:p>
      <w:pPr>
        <w:spacing w:before="100" w:after="60"/>
      </w:pPr>
      <w:r>
        <w:rPr>
          <w:rFonts w:ascii="Arial" w:hAnsi="Arial" w:eastAsia="Arial"/>
          <w:b w:val="0"/>
          <w:color w:val="000000"/>
          <w:sz w:val="16"/>
        </w:rPr>
        <w:t>Follow the employer's document requirements. Check every page after editing.</w:t>
      </w:r>
    </w:p>
    <w:sectPr w:rsidR="00FC693F" w:rsidRPr="0006063C" w:rsidSect="00034616">
      <w:pgSz w:w="11906" w:h="16838"/>
      <w:pgMar w:top="680" w:right="680" w:bottom="6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0" w:lineRule="exact"/>
    </w:pPr>
    <w:rPr>
      <w:rFonts w:ascii="Arial" w:hAnsi="Arial" w:eastAsia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280" w:lineRule="exact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80" w:lineRule="exact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color w:val="000000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