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Arial" w:hAnsi="Arial" w:eastAsia="Arial"/>
          <w:b/>
          <w:color w:val="000000"/>
          <w:sz w:val="40"/>
        </w:rPr>
        <w:t>Alex Example</w:t>
      </w:r>
    </w:p>
    <w:p>
      <w:pPr>
        <w:spacing w:before="0" w:after="80"/>
      </w:pPr>
      <w:r>
        <w:rPr>
          <w:rFonts w:ascii="Arial" w:hAnsi="Arial" w:eastAsia="Arial"/>
          <w:b w:val="0"/>
          <w:color w:val="000000"/>
          <w:sz w:val="16"/>
        </w:rPr>
        <w:t>Fictional example. All names, employers, education, dates and figures are invented.</w:t>
      </w:r>
    </w:p>
    <w:p>
      <w:pPr>
        <w:spacing w:before="0" w:after="60"/>
      </w:pPr>
      <w:r>
        <w:rPr>
          <w:rFonts w:ascii="Arial" w:hAnsi="Arial" w:eastAsia="Arial"/>
          <w:b w:val="0"/>
          <w:color w:val="000000"/>
          <w:sz w:val="20"/>
        </w:rPr>
        <w:t>alex.example@example.com</w:t>
        <w:br/>
        <w:t>Sample City</w:t>
        <w:br/>
        <w:t>example.com/alex</w:t>
      </w:r>
    </w:p>
    <w:p>
      <w:pPr>
        <w:keepNext/>
        <w:spacing w:before="100" w:after="40"/>
      </w:pPr>
      <w:r>
        <w:rPr>
          <w:rFonts w:ascii="Arial" w:hAnsi="Arial" w:eastAsia="Arial"/>
          <w:b/>
          <w:color w:val="000000"/>
          <w:sz w:val="22"/>
        </w:rPr>
        <w:t>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247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  <w:t>Operations coordinator with experience in order entry, delivery follow-up and document checks. Worked with sales and warehouse colleagues to clarify missing information and maintain accurate records.</w:t>
            </w:r>
          </w:p>
        </w:tc>
      </w:tr>
    </w:tbl>
    <w:p>
      <w:pPr>
        <w:keepNext/>
        <w:spacing w:before="100" w:after="40"/>
      </w:pPr>
      <w:r>
        <w:rPr>
          <w:rFonts w:ascii="Arial" w:hAnsi="Arial" w:eastAsia="Arial"/>
          <w:b/>
          <w:color w:val="000000"/>
          <w:sz w:val="22"/>
        </w:rPr>
        <w:t>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2268"/>
        <w:gridCol w:w="8277"/>
      </w:tblGrid>
      <w:tr>
        <w:trPr>
          <w:trHeight w:val="850" w:hRule="atLeast"/>
        </w:trPr>
        <w:tc>
          <w:tcPr>
            <w:tcW w:type="dxa" w:w="226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  <w:t>Jul 2023 - Oct 2026</w:t>
            </w:r>
          </w:p>
        </w:tc>
        <w:tc>
          <w:tcPr>
            <w:tcW w:type="dxa" w:w="827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  <w:t>Operations Coordinator</w:t>
            </w:r>
          </w:p>
          <w:p>
            <w:pPr>
              <w:spacing w:after="0" w:line="280" w:lineRule="exact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Example Supply Ltd.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70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  <w:t>Checked order details and delivery dates for business customers.</w:t>
            </w:r>
          </w:p>
          <w:p>
            <w:pPr>
              <w:spacing w:after="0" w:line="280" w:lineRule="exact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Maintained an Excel order log and followed up with sales and warehouse colleagues when information was missing.</w:t>
            </w:r>
          </w:p>
          <w:p>
            <w:pPr>
              <w:spacing w:after="0" w:line="280" w:lineRule="exact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Documented open items at handover so the next coordinator could continue the follow-up.</w:t>
            </w:r>
          </w:p>
        </w:tc>
      </w:tr>
    </w:tbl>
    <w:p>
      <w:pPr>
        <w:spacing w:before="0" w:after="20"/>
      </w:pPr>
      <w:r>
        <w:rPr>
          <w:rFonts w:ascii="Arial" w:hAnsi="Arial" w:eastAsia="Arial"/>
          <w:b w:val="0"/>
          <w:color w:val="00000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2268"/>
        <w:gridCol w:w="8277"/>
      </w:tblGrid>
      <w:tr>
        <w:trPr>
          <w:trHeight w:val="850" w:hRule="atLeast"/>
        </w:trPr>
        <w:tc>
          <w:tcPr>
            <w:tcW w:type="dxa" w:w="226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  <w:t>Apr 2021 - Jun 2023</w:t>
            </w:r>
          </w:p>
        </w:tc>
        <w:tc>
          <w:tcPr>
            <w:tcW w:type="dxa" w:w="827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  <w:t>Administrative Assistant</w:t>
            </w:r>
          </w:p>
          <w:p>
            <w:pPr>
              <w:spacing w:after="0" w:line="280" w:lineRule="exact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Example Services Ltd.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70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  <w:t>Entered order information and checked it against purchase orders.</w:t>
            </w:r>
          </w:p>
          <w:p>
            <w:pPr>
              <w:spacing w:after="0" w:line="280" w:lineRule="exact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Prepared delivery paperwork from approved templates and escalated discrepancies to the account coordinator.</w:t>
            </w:r>
          </w:p>
          <w:p>
            <w:pPr>
              <w:spacing w:after="0" w:line="280" w:lineRule="exact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Updated a shared procedure guide after reviewing changes with the team.</w:t>
            </w:r>
          </w:p>
        </w:tc>
      </w:tr>
    </w:tbl>
    <w:p>
      <w:pPr>
        <w:spacing w:before="0" w:after="20"/>
      </w:pPr>
      <w:r>
        <w:rPr>
          <w:rFonts w:ascii="Arial" w:hAnsi="Arial" w:eastAsia="Arial"/>
          <w:b w:val="0"/>
          <w:color w:val="000000"/>
          <w:sz w:val="4"/>
        </w:rPr>
      </w:r>
    </w:p>
    <w:p>
      <w:pPr>
        <w:keepNext/>
        <w:spacing w:before="100" w:after="40"/>
      </w:pPr>
      <w:r>
        <w:rPr>
          <w:rFonts w:ascii="Arial" w:hAnsi="Arial" w:eastAsia="Arial"/>
          <w:b/>
          <w:color w:val="000000"/>
          <w:sz w:val="22"/>
        </w:rPr>
        <w:t>Education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964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  <w:t>BA in Business Administration</w:t>
            </w:r>
          </w:p>
          <w:p>
            <w:pPr>
              <w:spacing w:after="0" w:line="280" w:lineRule="exact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Example University, 2021</w:t>
            </w:r>
          </w:p>
        </w:tc>
      </w:tr>
    </w:tbl>
    <w:p>
      <w:pPr>
        <w:keepNext/>
        <w:spacing w:before="100" w:after="40"/>
      </w:pPr>
      <w:r>
        <w:rPr>
          <w:rFonts w:ascii="Arial" w:hAnsi="Arial" w:eastAsia="Arial"/>
          <w:b/>
          <w:color w:val="000000"/>
          <w:sz w:val="22"/>
        </w:rPr>
        <w:t>Skills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304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  <w:t>Excel: filters, SUM and IF</w:t>
            </w:r>
          </w:p>
          <w:p>
            <w:pPr>
              <w:spacing w:after="0" w:line="280" w:lineRule="exact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Word: business correspondence</w:t>
            </w:r>
          </w:p>
          <w:p>
            <w:pPr>
              <w:spacing w:after="0" w:line="280" w:lineRule="exact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Order entry, document checks and delivery follow-up</w:t>
            </w:r>
          </w:p>
        </w:tc>
      </w:tr>
    </w:tbl>
    <w:p>
      <w:pPr>
        <w:spacing w:before="100" w:after="60"/>
      </w:pPr>
      <w:r>
        <w:rPr>
          <w:rFonts w:ascii="Arial" w:hAnsi="Arial" w:eastAsia="Arial"/>
          <w:b w:val="0"/>
          <w:color w:val="000000"/>
          <w:sz w:val="16"/>
        </w:rPr>
        <w:t>Replace the example with your own facts. Follow the employer's document requirements.</w:t>
      </w:r>
    </w:p>
    <w:sectPr w:rsidR="00FC693F" w:rsidRPr="0006063C" w:rsidSect="00034616">
      <w:pgSz w:w="11906" w:h="16838"/>
      <w:pgMar w:top="680" w:right="680" w:bottom="6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exact"/>
    </w:pPr>
    <w:rPr>
      <w:rFonts w:ascii="Arial" w:hAnsi="Arial" w:eastAsia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80" w:lineRule="exact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