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Hiragino Sans" w:hAnsi="Hiragino Sans" w:eastAsia="Hiragino Sans"/>
          <w:b/>
          <w:color w:val="000000"/>
          <w:sz w:val="40"/>
        </w:rPr>
        <w:t>エントリーシート</w:t>
      </w:r>
    </w:p>
    <w:p>
      <w:pPr>
        <w:spacing w:after="80"/>
      </w:pPr>
      <w:r>
        <w:rPr>
          <w:rFonts w:ascii="Hiragino Sans" w:hAnsi="Hiragino Sans" w:eastAsia="Hiragino Sans"/>
          <w:b w:val="0"/>
          <w:color w:val="000000"/>
          <w:sz w:val="18"/>
        </w:rPr>
        <w:t>自由形式　設問別の下書きにも使えます</w:t>
      </w:r>
    </w:p>
    <w:p>
      <w:pPr>
        <w:spacing w:before="0" w:after="80"/>
      </w:pPr>
      <w:r>
        <w:rPr>
          <w:rFonts w:ascii="Hiragino Sans" w:hAnsi="Hiragino Sans" w:eastAsia="Hiragino Sans"/>
          <w:b w:val="0"/>
          <w:color w:val="000000"/>
          <w:sz w:val="16"/>
        </w:rPr>
        <w:t>記入例の氏名・会社・学校・経歴・日付・数値はすべて架空です。</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397" w:hRule="atLeast"/>
        </w:trPr>
        <w:tc>
          <w:tcPr>
            <w:tcW w:type="dxa" w:w="1871"/>
            <w:vAlign w:val="center"/>
          </w:tcPr>
          <w:p>
            <w:pPr>
              <w:spacing w:after="0" w:before="0" w:line="280" w:lineRule="exact"/>
            </w:pPr>
            <w:r/>
            <w:r>
              <w:rPr>
                <w:rFonts w:ascii="Hiragino Sans" w:hAnsi="Hiragino Sans" w:eastAsia="Hiragino Sans"/>
                <w:b w:val="0"/>
                <w:color w:val="000000"/>
                <w:sz w:val="21"/>
              </w:rPr>
              <w:t>作成日</w:t>
            </w:r>
          </w:p>
        </w:tc>
        <w:tc>
          <w:tcPr>
            <w:tcW w:type="dxa" w:w="8674"/>
            <w:vAlign w:val="center"/>
          </w:tcPr>
          <w:p>
            <w:pPr>
              <w:spacing w:after="0" w:before="0" w:line="280" w:lineRule="exact"/>
            </w:pPr>
            <w:r/>
            <w:r>
              <w:rPr>
                <w:rFonts w:ascii="Hiragino Sans" w:hAnsi="Hiragino Sans" w:eastAsia="Hiragino Sans"/>
                <w:b w:val="0"/>
                <w:color w:val="000000"/>
                <w:sz w:val="21"/>
              </w:rPr>
              <w:t>2026年11月6日</w:t>
            </w:r>
          </w:p>
        </w:tc>
      </w:tr>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氏名</w:t>
            </w:r>
          </w:p>
        </w:tc>
        <w:tc>
          <w:tcPr>
            <w:tcW w:type="dxa" w:w="8674"/>
            <w:vAlign w:val="center"/>
          </w:tcPr>
          <w:p>
            <w:pPr>
              <w:spacing w:after="0" w:before="0" w:line="280" w:lineRule="exact"/>
            </w:pPr>
            <w:r/>
            <w:r>
              <w:rPr>
                <w:rFonts w:ascii="Hiragino Sans" w:hAnsi="Hiragino Sans" w:eastAsia="Hiragino Sans"/>
                <w:b w:val="0"/>
                <w:color w:val="000000"/>
                <w:sz w:val="21"/>
              </w:rPr>
              <w:t>見本 花子</w:t>
            </w:r>
          </w:p>
        </w:tc>
      </w:tr>
      <w:tr>
        <w:trPr>
          <w:trHeight w:val="794" w:hRule="atLeast"/>
        </w:trPr>
        <w:tc>
          <w:tcPr>
            <w:tcW w:type="dxa" w:w="1871"/>
            <w:vAlign w:val="center"/>
          </w:tcPr>
          <w:p>
            <w:pPr>
              <w:spacing w:after="0" w:before="0" w:line="280" w:lineRule="exact"/>
            </w:pPr>
            <w:r/>
            <w:r>
              <w:rPr>
                <w:rFonts w:ascii="Hiragino Sans" w:hAnsi="Hiragino Sans" w:eastAsia="Hiragino Sans"/>
                <w:b w:val="0"/>
                <w:color w:val="000000"/>
                <w:sz w:val="21"/>
              </w:rPr>
              <w:t>学校・卒業予定</w:t>
            </w:r>
          </w:p>
        </w:tc>
        <w:tc>
          <w:tcPr>
            <w:tcW w:type="dxa" w:w="8674"/>
            <w:vAlign w:val="center"/>
          </w:tcPr>
          <w:p>
            <w:pPr>
              <w:spacing w:after="0" w:before="0" w:line="280" w:lineRule="exact"/>
            </w:pPr>
            <w:r/>
            <w:r>
              <w:rPr>
                <w:rFonts w:ascii="Hiragino Sans" w:hAnsi="Hiragino Sans" w:eastAsia="Hiragino Sans"/>
                <w:b w:val="0"/>
                <w:color w:val="000000"/>
                <w:sz w:val="21"/>
              </w:rPr>
              <w:t>見本大学 経営学部 経営学科</w:t>
            </w:r>
          </w:p>
          <w:p>
            <w:pPr>
              <w:spacing w:after="0" w:line="280" w:lineRule="exact"/>
            </w:pPr>
            <w:r>
              <w:rPr>
                <w:rFonts w:ascii="Hiragino Sans" w:hAnsi="Hiragino Sans" w:eastAsia="Hiragino Sans"/>
                <w:b w:val="0"/>
                <w:color w:val="000000"/>
                <w:sz w:val="21"/>
              </w:rPr>
              <w:t>2027年3月 卒業見込み</w:t>
            </w:r>
          </w:p>
        </w:tc>
      </w:tr>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連絡先</w:t>
            </w:r>
          </w:p>
        </w:tc>
        <w:tc>
          <w:tcPr>
            <w:tcW w:type="dxa" w:w="8674"/>
            <w:vAlign w:val="center"/>
          </w:tcPr>
          <w:p>
            <w:pPr>
              <w:spacing w:after="0" w:before="0" w:line="280" w:lineRule="exact"/>
            </w:pPr>
            <w:r/>
            <w:r>
              <w:rPr>
                <w:rFonts w:ascii="Hiragino Sans" w:hAnsi="Hiragino Sans" w:eastAsia="Hiragino Sans"/>
                <w:b w:val="0"/>
                <w:color w:val="000000"/>
                <w:sz w:val="21"/>
              </w:rPr>
              <w:t>hanako.example@example.com</w:t>
            </w:r>
          </w:p>
        </w:tc>
      </w:tr>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応募先・職種</w:t>
            </w:r>
          </w:p>
        </w:tc>
        <w:tc>
          <w:tcPr>
            <w:tcW w:type="dxa" w:w="8674"/>
            <w:vAlign w:val="center"/>
          </w:tcPr>
          <w:p>
            <w:pPr>
              <w:spacing w:after="0" w:before="0" w:line="280" w:lineRule="exact"/>
            </w:pPr>
            <w:r/>
            <w:r>
              <w:rPr>
                <w:rFonts w:ascii="Hiragino Sans" w:hAnsi="Hiragino Sans" w:eastAsia="Hiragino Sans"/>
                <w:b w:val="0"/>
                <w:color w:val="000000"/>
                <w:sz w:val="21"/>
              </w:rPr>
              <w:t>株式会社見本ワーク　営業事務職</w:t>
            </w:r>
          </w:p>
        </w:tc>
      </w:tr>
    </w:tbl>
    <w:p>
      <w:pPr>
        <w:keepNext/>
        <w:spacing w:before="100" w:after="40"/>
      </w:pPr>
      <w:r>
        <w:rPr>
          <w:rFonts w:ascii="Hiragino Sans" w:hAnsi="Hiragino Sans" w:eastAsia="Hiragino Sans"/>
          <w:b/>
          <w:color w:val="000000"/>
          <w:sz w:val="22"/>
        </w:rPr>
        <w:t>設問1 志望動機</w:t>
      </w:r>
    </w:p>
    <w:p>
      <w:pPr>
        <w:spacing w:before="0" w:after="60"/>
      </w:pPr>
      <w:r>
        <w:rPr>
          <w:rFonts w:ascii="Hiragino Sans" w:hAnsi="Hiragino Sans" w:eastAsia="Hiragino Sans"/>
          <w:b w:val="0"/>
          <w:color w:val="000000"/>
          <w:sz w:val="18"/>
        </w:rPr>
        <w:t>応募先と職種を選んだ理由を、自分の経験と結び付けて書いてください。</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指定文字数</w:t>
            </w:r>
          </w:p>
        </w:tc>
        <w:tc>
          <w:tcPr>
            <w:tcW w:type="dxa" w:w="8674"/>
            <w:vAlign w:val="center"/>
          </w:tcPr>
          <w:p>
            <w:pPr>
              <w:spacing w:after="0" w:before="0" w:line="280" w:lineRule="exact"/>
            </w:pPr>
            <w:r/>
            <w:r>
              <w:rPr>
                <w:rFonts w:ascii="Hiragino Sans" w:hAnsi="Hiragino Sans" w:eastAsia="Hiragino Sans"/>
                <w:b w:val="0"/>
                <w:color w:val="000000"/>
                <w:sz w:val="21"/>
              </w:rPr>
              <w:t>指定なし（架空の応募条件）</w:t>
            </w:r>
          </w:p>
        </w:tc>
      </w:tr>
    </w:tbl>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2721" w:hRule="atLeast"/>
        </w:trPr>
        <w:tc>
          <w:tcPr>
            <w:tcW w:type="dxa" w:w="10545"/>
            <w:vAlign w:val="center"/>
          </w:tcPr>
          <w:p>
            <w:pPr>
              <w:spacing w:after="0" w:before="0" w:line="280" w:lineRule="exact"/>
            </w:pPr>
            <w:r/>
            <w:r>
              <w:rPr>
                <w:rFonts w:ascii="Hiragino Sans" w:hAnsi="Hiragino Sans" w:eastAsia="Hiragino Sans"/>
                <w:b w:val="0"/>
                <w:color w:val="000000"/>
                <w:sz w:val="21"/>
              </w:rPr>
              <w:t>事業所向けの備品の受発注を支える営業事務を希望しています。大学の学園祭で備品の貸し出しを担当し、申込内容と保管数を照合して使用日程を調整しました。記録を確認しながら関係者と調整する仕事に関心を持ち、受注から納品までを担当部署で連携して進める貴社に応募しました。入社後は商品と手順を覚え、不明な点を担当者へ確認しながら処理したいと考えています。</w:t>
            </w:r>
          </w:p>
        </w:tc>
      </w:tr>
    </w:tbl>
    <w:p>
      <w:pPr>
        <w:keepNext/>
        <w:spacing w:before="100" w:after="40"/>
      </w:pPr>
      <w:r>
        <w:rPr>
          <w:rFonts w:ascii="Hiragino Sans" w:hAnsi="Hiragino Sans" w:eastAsia="Hiragino Sans"/>
          <w:b/>
          <w:color w:val="000000"/>
          <w:sz w:val="22"/>
        </w:rPr>
        <w:t>設問2 自己PR</w:t>
      </w:r>
    </w:p>
    <w:p>
      <w:pPr>
        <w:spacing w:before="0" w:after="60"/>
      </w:pPr>
      <w:r>
        <w:rPr>
          <w:rFonts w:ascii="Hiragino Sans" w:hAnsi="Hiragino Sans" w:eastAsia="Hiragino Sans"/>
          <w:b w:val="0"/>
          <w:color w:val="000000"/>
          <w:sz w:val="18"/>
        </w:rPr>
        <w:t>自分の強みを一つ挙げ、その強みが表れた行動と結果を書いてください。</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指定文字数</w:t>
            </w:r>
          </w:p>
        </w:tc>
        <w:tc>
          <w:tcPr>
            <w:tcW w:type="dxa" w:w="8674"/>
            <w:vAlign w:val="center"/>
          </w:tcPr>
          <w:p>
            <w:pPr>
              <w:spacing w:after="0" w:before="0" w:line="280" w:lineRule="exact"/>
            </w:pPr>
            <w:r/>
            <w:r>
              <w:rPr>
                <w:rFonts w:ascii="Hiragino Sans" w:hAnsi="Hiragino Sans" w:eastAsia="Hiragino Sans"/>
                <w:b w:val="0"/>
                <w:color w:val="000000"/>
                <w:sz w:val="21"/>
              </w:rPr>
              <w:t>指定なし（架空の応募条件）</w:t>
            </w:r>
          </w:p>
        </w:tc>
      </w:tr>
    </w:tbl>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2721" w:hRule="atLeast"/>
        </w:trPr>
        <w:tc>
          <w:tcPr>
            <w:tcW w:type="dxa" w:w="10545"/>
            <w:vAlign w:val="center"/>
          </w:tcPr>
          <w:p>
            <w:pPr>
              <w:spacing w:after="0" w:before="0" w:line="280" w:lineRule="exact"/>
            </w:pPr>
            <w:r/>
            <w:r>
              <w:rPr>
                <w:rFonts w:ascii="Hiragino Sans" w:hAnsi="Hiragino Sans" w:eastAsia="Hiragino Sans"/>
                <w:b w:val="0"/>
                <w:color w:val="000000"/>
                <w:sz w:val="21"/>
              </w:rPr>
              <w:t>情報が足りないときに確認し、作業の経緯を残すことを心がけています。学園祭の備品貸し出しでは、申込内容の変更を口頭だけで受けず、変更日と確認先を一覧に残しました。当日の担当者と一覧を照合し、貸し出す前に数量と返却時間を確認できるようにしました。仕事でも、記録と元の依頼を照合する習慣を生かしたいと考えています。</w:t>
            </w:r>
          </w:p>
        </w:tc>
      </w:tr>
    </w:tbl>
    <w:p>
      <w:r>
        <w:br w:type="page"/>
      </w:r>
    </w:p>
    <w:p>
      <w:pPr>
        <w:pStyle w:val="Title"/>
        <w:spacing w:after="40"/>
      </w:pPr>
      <w:r>
        <w:rPr>
          <w:rFonts w:ascii="Hiragino Sans" w:hAnsi="Hiragino Sans" w:eastAsia="Hiragino Sans"/>
          <w:b/>
          <w:color w:val="000000"/>
          <w:sz w:val="40"/>
        </w:rPr>
        <w:t>エントリーシート</w:t>
      </w:r>
    </w:p>
    <w:p>
      <w:pPr>
        <w:spacing w:after="80"/>
      </w:pPr>
      <w:r>
        <w:rPr>
          <w:rFonts w:ascii="Hiragino Sans" w:hAnsi="Hiragino Sans" w:eastAsia="Hiragino Sans"/>
          <w:b w:val="0"/>
          <w:color w:val="000000"/>
          <w:sz w:val="18"/>
        </w:rPr>
        <w:t>自由形式　2枚目</w:t>
      </w:r>
    </w:p>
    <w:p>
      <w:pPr>
        <w:spacing w:before="0" w:after="80"/>
      </w:pPr>
      <w:r>
        <w:rPr>
          <w:rFonts w:ascii="Hiragino Sans" w:hAnsi="Hiragino Sans" w:eastAsia="Hiragino Sans"/>
          <w:b w:val="0"/>
          <w:color w:val="000000"/>
          <w:sz w:val="16"/>
        </w:rPr>
        <w:t>記入例の氏名・会社・学校・経歴・日付・数値はすべて架空です。</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氏名</w:t>
            </w:r>
          </w:p>
        </w:tc>
        <w:tc>
          <w:tcPr>
            <w:tcW w:type="dxa" w:w="8674"/>
            <w:vAlign w:val="center"/>
          </w:tcPr>
          <w:p>
            <w:pPr>
              <w:spacing w:after="0" w:before="0" w:line="280" w:lineRule="exact"/>
            </w:pPr>
            <w:r/>
            <w:r>
              <w:rPr>
                <w:rFonts w:ascii="Hiragino Sans" w:hAnsi="Hiragino Sans" w:eastAsia="Hiragino Sans"/>
                <w:b w:val="0"/>
                <w:color w:val="000000"/>
                <w:sz w:val="21"/>
              </w:rPr>
              <w:t>見本 花子</w:t>
            </w:r>
          </w:p>
        </w:tc>
      </w:tr>
    </w:tbl>
    <w:p>
      <w:pPr>
        <w:keepNext/>
        <w:spacing w:before="100" w:after="40"/>
      </w:pPr>
      <w:r>
        <w:rPr>
          <w:rFonts w:ascii="Hiragino Sans" w:hAnsi="Hiragino Sans" w:eastAsia="Hiragino Sans"/>
          <w:b/>
          <w:color w:val="000000"/>
          <w:sz w:val="22"/>
        </w:rPr>
        <w:t>設問3 学生時代に力を入れたこと</w:t>
      </w:r>
    </w:p>
    <w:p>
      <w:pPr>
        <w:spacing w:before="0" w:after="60"/>
      </w:pPr>
      <w:r>
        <w:rPr>
          <w:rFonts w:ascii="Hiragino Sans" w:hAnsi="Hiragino Sans" w:eastAsia="Hiragino Sans"/>
          <w:b w:val="0"/>
          <w:color w:val="000000"/>
          <w:sz w:val="18"/>
        </w:rPr>
        <w:t>取り組んだ理由、課題、自分が行ったこと、その後の結果を書いてください。</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指定文字数</w:t>
            </w:r>
          </w:p>
        </w:tc>
        <w:tc>
          <w:tcPr>
            <w:tcW w:type="dxa" w:w="8674"/>
            <w:vAlign w:val="center"/>
          </w:tcPr>
          <w:p>
            <w:pPr>
              <w:spacing w:after="0" w:before="0" w:line="280" w:lineRule="exact"/>
            </w:pPr>
            <w:r/>
            <w:r>
              <w:rPr>
                <w:rFonts w:ascii="Hiragino Sans" w:hAnsi="Hiragino Sans" w:eastAsia="Hiragino Sans"/>
                <w:b w:val="0"/>
                <w:color w:val="000000"/>
                <w:sz w:val="21"/>
              </w:rPr>
              <w:t>指定なし（架空の応募条件）</w:t>
            </w:r>
          </w:p>
        </w:tc>
      </w:tr>
    </w:tbl>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2721" w:hRule="atLeast"/>
        </w:trPr>
        <w:tc>
          <w:tcPr>
            <w:tcW w:type="dxa" w:w="10545"/>
            <w:vAlign w:val="center"/>
          </w:tcPr>
          <w:p>
            <w:pPr>
              <w:spacing w:after="0" w:before="0" w:line="280" w:lineRule="exact"/>
            </w:pPr>
            <w:r/>
            <w:r>
              <w:rPr>
                <w:rFonts w:ascii="Hiragino Sans" w:hAnsi="Hiragino Sans" w:eastAsia="Hiragino Sans"/>
                <w:b w:val="0"/>
                <w:color w:val="000000"/>
                <w:sz w:val="21"/>
              </w:rPr>
              <w:t>ゼミの共同調査で、地域の店舗を調べた結果を報告書にまとめました。担当者ごとに記録する項目が違い、店同士を比較しにくいことが課題でした。私は比較に必要な項目を班員と確認し、記録用の表を作りました。記録がない項目は推測で埋めず、調べ直せるものと未確認のものを分けました。その結果、確認できた項目に範囲を絞って比較し、未確認の点を報告書に明記できました。</w:t>
            </w:r>
          </w:p>
        </w:tc>
      </w:tr>
    </w:tbl>
    <w:p>
      <w:pPr>
        <w:keepNext/>
        <w:spacing w:before="100" w:after="40"/>
      </w:pPr>
      <w:r>
        <w:rPr>
          <w:rFonts w:ascii="Hiragino Sans" w:hAnsi="Hiragino Sans" w:eastAsia="Hiragino Sans"/>
          <w:b/>
          <w:color w:val="000000"/>
          <w:sz w:val="22"/>
        </w:rPr>
        <w:t>設問4 周囲と意見が異なったときの対応</w:t>
      </w:r>
    </w:p>
    <w:p>
      <w:pPr>
        <w:spacing w:before="0" w:after="60"/>
      </w:pPr>
      <w:r>
        <w:rPr>
          <w:rFonts w:ascii="Hiragino Sans" w:hAnsi="Hiragino Sans" w:eastAsia="Hiragino Sans"/>
          <w:b w:val="0"/>
          <w:color w:val="000000"/>
          <w:sz w:val="18"/>
        </w:rPr>
        <w:t>意見の違いと自分の役割、判断した理由、相手との調整を書いてください。</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71"/>
        <w:gridCol w:w="8674"/>
      </w:tblGrid>
      <w:tr>
        <w:trPr>
          <w:trHeight w:val="454" w:hRule="atLeast"/>
        </w:trPr>
        <w:tc>
          <w:tcPr>
            <w:tcW w:type="dxa" w:w="1871"/>
            <w:vAlign w:val="center"/>
          </w:tcPr>
          <w:p>
            <w:pPr>
              <w:spacing w:after="0" w:before="0" w:line="280" w:lineRule="exact"/>
            </w:pPr>
            <w:r/>
            <w:r>
              <w:rPr>
                <w:rFonts w:ascii="Hiragino Sans" w:hAnsi="Hiragino Sans" w:eastAsia="Hiragino Sans"/>
                <w:b w:val="0"/>
                <w:color w:val="000000"/>
                <w:sz w:val="21"/>
              </w:rPr>
              <w:t>指定文字数</w:t>
            </w:r>
          </w:p>
        </w:tc>
        <w:tc>
          <w:tcPr>
            <w:tcW w:type="dxa" w:w="8674"/>
            <w:vAlign w:val="center"/>
          </w:tcPr>
          <w:p>
            <w:pPr>
              <w:spacing w:after="0" w:before="0" w:line="280" w:lineRule="exact"/>
            </w:pPr>
            <w:r/>
            <w:r>
              <w:rPr>
                <w:rFonts w:ascii="Hiragino Sans" w:hAnsi="Hiragino Sans" w:eastAsia="Hiragino Sans"/>
                <w:b w:val="0"/>
                <w:color w:val="000000"/>
                <w:sz w:val="21"/>
              </w:rPr>
              <w:t>指定なし（架空の応募条件）</w:t>
            </w:r>
          </w:p>
        </w:tc>
      </w:tr>
    </w:tbl>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2721" w:hRule="atLeast"/>
        </w:trPr>
        <w:tc>
          <w:tcPr>
            <w:tcW w:type="dxa" w:w="10545"/>
            <w:vAlign w:val="center"/>
          </w:tcPr>
          <w:p>
            <w:pPr>
              <w:spacing w:after="0" w:before="0" w:line="280" w:lineRule="exact"/>
            </w:pPr>
            <w:r/>
            <w:r>
              <w:rPr>
                <w:rFonts w:ascii="Hiragino Sans" w:hAnsi="Hiragino Sans" w:eastAsia="Hiragino Sans"/>
                <w:b w:val="0"/>
                <w:color w:val="000000"/>
                <w:sz w:val="21"/>
              </w:rPr>
              <w:t>ゼミの共同調査で、追加調査を続けたい班員と、先に報告書を完成させたい班員で意見が分かれました。私は提出日までに必要な作業を書き出し、追加調査の結果がなくても書ける部分を確認しました。報告書の作成と、比較に不可欠な項目の再確認を分担する案を出し、班員と担当を決めました。期限と必要な情報を共有し、班員と相談して進め方を決めました。</w:t>
            </w:r>
          </w:p>
        </w:tc>
      </w:tr>
    </w:tbl>
    <w:p>
      <w:pPr>
        <w:spacing w:before="100" w:after="60"/>
      </w:pPr>
      <w:r>
        <w:rPr>
          <w:rFonts w:ascii="Hiragino Sans" w:hAnsi="Hiragino Sans" w:eastAsia="Hiragino Sans"/>
          <w:b w:val="0"/>
          <w:color w:val="000000"/>
          <w:sz w:val="16"/>
        </w:rPr>
        <w:t>見本は自分の事実に置き換えてください。応募先の指定様式や文字数がある場合は、その指示に従ってください。</w:t>
      </w:r>
    </w:p>
    <w:sectPr w:rsidR="00FC693F" w:rsidRPr="0006063C" w:rsidSect="00034616">
      <w:pgSz w:w="11906" w:h="16838"/>
      <w:pgMar w:top="680" w:right="680" w:bottom="6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80" w:lineRule="exact"/>
    </w:pPr>
    <w:rPr>
      <w:rFonts w:ascii="Hiragino Sans" w:hAnsi="Hiragino Sans" w:eastAsia="Hiragino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80" w:lineRule="exact"/>
      <w:outlineLvl w:val="0"/>
    </w:pPr>
    <w:rPr>
      <w:rFonts w:asciiTheme="majorHAnsi" w:eastAsiaTheme="majorEastAsia" w:hAnsiTheme="majorHAnsi" w:cstheme="majorBidi" w:ascii="Hiragino Sans" w:hAnsi="Hiragino Sans" w:eastAsia="Hiragino Sans"/>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0" w:after="0" w:line="280" w:lineRule="exact"/>
      <w:outlineLvl w:val="1"/>
    </w:pPr>
    <w:rPr>
      <w:rFonts w:asciiTheme="majorHAnsi" w:eastAsiaTheme="majorEastAsia" w:hAnsiTheme="majorHAnsi" w:cstheme="majorBidi" w:ascii="Hiragino Sans" w:hAnsi="Hiragino Sans" w:eastAsia="Hiragino San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Theme="majorHAnsi" w:eastAsiaTheme="majorEastAsia" w:hAnsiTheme="majorHAnsi" w:cstheme="majorBidi" w:ascii="Hiragino Sans" w:hAnsi="Hiragino Sans" w:eastAsia="Hiragino Sans"/>
      <w:color w:val="000000"/>
      <w:spacing w:val="5"/>
      <w:kern w:val="28"/>
      <w:sz w:val="2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